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FC59C" w14:textId="77777777" w:rsidR="00413445" w:rsidRPr="006815FC" w:rsidRDefault="00000000">
      <w:pPr>
        <w:spacing w:before="560"/>
        <w:jc w:val="center"/>
        <w:rPr>
          <w:lang w:val="ru-RU"/>
        </w:rPr>
      </w:pPr>
      <w:r w:rsidRPr="006815FC">
        <w:rPr>
          <w:b/>
          <w:color w:val="141414"/>
          <w:sz w:val="52"/>
          <w:lang w:val="ru-RU"/>
        </w:rPr>
        <w:t>ПАСПОРТ ТА ІНСТРУКЦІЯ</w:t>
      </w:r>
      <w:r w:rsidRPr="006815FC">
        <w:rPr>
          <w:b/>
          <w:color w:val="141414"/>
          <w:sz w:val="52"/>
          <w:lang w:val="ru-RU"/>
        </w:rPr>
        <w:br/>
        <w:t>З ЕКСПЛУАТАЦІЇ</w:t>
      </w:r>
    </w:p>
    <w:p w14:paraId="018CB27D" w14:textId="77777777" w:rsidR="00413445" w:rsidRPr="006815FC" w:rsidRDefault="00000000">
      <w:pPr>
        <w:spacing w:before="240"/>
        <w:jc w:val="center"/>
        <w:rPr>
          <w:lang w:val="ru-RU"/>
        </w:rPr>
      </w:pPr>
      <w:r w:rsidRPr="006815FC">
        <w:rPr>
          <w:b/>
          <w:sz w:val="34"/>
          <w:lang w:val="ru-RU"/>
        </w:rPr>
        <w:t>МІНІ АЗС ДЛЯ ДИЗЕЛЬНОГО ПАЛИВА</w:t>
      </w:r>
    </w:p>
    <w:p w14:paraId="0DA81D76" w14:textId="77777777" w:rsidR="00413445" w:rsidRDefault="00000000">
      <w:pPr>
        <w:jc w:val="center"/>
      </w:pPr>
      <w:r>
        <w:rPr>
          <w:b/>
          <w:color w:val="414141"/>
          <w:sz w:val="32"/>
        </w:rPr>
        <w:t xml:space="preserve">12 В • </w:t>
      </w:r>
      <w:proofErr w:type="spellStart"/>
      <w:r>
        <w:rPr>
          <w:b/>
          <w:color w:val="414141"/>
          <w:sz w:val="32"/>
        </w:rPr>
        <w:t>на</w:t>
      </w:r>
      <w:proofErr w:type="spellEnd"/>
      <w:r>
        <w:rPr>
          <w:b/>
          <w:color w:val="414141"/>
          <w:sz w:val="32"/>
        </w:rPr>
        <w:t xml:space="preserve"> базі Єврокуба 1000 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6"/>
        <w:gridCol w:w="5046"/>
      </w:tblGrid>
      <w:tr w:rsidR="00413445" w14:paraId="5FE8688D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57EE641" w14:textId="77777777" w:rsidR="00413445" w:rsidRDefault="00000000">
            <w:pPr>
              <w:spacing w:after="0"/>
            </w:pPr>
            <w:r>
              <w:t>Модель міні АЗС</w:t>
            </w:r>
          </w:p>
        </w:tc>
        <w:tc>
          <w:tcPr>
            <w:tcW w:w="5046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053F4EF" w14:textId="77777777" w:rsidR="00413445" w:rsidRDefault="00000000">
            <w:pPr>
              <w:spacing w:after="0"/>
            </w:pPr>
            <w:r>
              <w:rPr>
                <w:b/>
              </w:rPr>
              <w:t>UA_DA_4012-1000</w:t>
            </w:r>
          </w:p>
        </w:tc>
      </w:tr>
      <w:tr w:rsidR="00413445" w14:paraId="5A3171F6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1FFC4DB" w14:textId="77777777" w:rsidR="00413445" w:rsidRDefault="00000000">
            <w:pPr>
              <w:spacing w:after="0"/>
            </w:pPr>
            <w:r>
              <w:t>Заправна колонка</w:t>
            </w:r>
          </w:p>
        </w:tc>
        <w:tc>
          <w:tcPr>
            <w:tcW w:w="5046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C300B61" w14:textId="77777777" w:rsidR="00413445" w:rsidRDefault="00000000">
            <w:pPr>
              <w:spacing w:after="0"/>
            </w:pPr>
            <w:r>
              <w:rPr>
                <w:b/>
              </w:rPr>
              <w:t>Leyko BP12-40-1 (AO_WT4012)</w:t>
            </w:r>
          </w:p>
        </w:tc>
      </w:tr>
      <w:tr w:rsidR="00413445" w14:paraId="1DB89ADF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5EDCF99" w14:textId="77777777" w:rsidR="00413445" w:rsidRDefault="00000000">
            <w:pPr>
              <w:spacing w:after="0"/>
            </w:pPr>
            <w:r>
              <w:t>Паливо</w:t>
            </w:r>
          </w:p>
        </w:tc>
        <w:tc>
          <w:tcPr>
            <w:tcW w:w="5046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F41E344" w14:textId="77777777" w:rsidR="00413445" w:rsidRDefault="00000000">
            <w:pPr>
              <w:spacing w:after="0"/>
            </w:pPr>
            <w:r>
              <w:rPr>
                <w:b/>
              </w:rPr>
              <w:t>Дизельне паливо</w:t>
            </w:r>
          </w:p>
        </w:tc>
      </w:tr>
      <w:tr w:rsidR="00413445" w14:paraId="2295A9BE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E1A1788" w14:textId="77777777" w:rsidR="00413445" w:rsidRDefault="00000000">
            <w:pPr>
              <w:spacing w:after="0"/>
            </w:pPr>
            <w:r>
              <w:t>Номінальна подача</w:t>
            </w:r>
          </w:p>
        </w:tc>
        <w:tc>
          <w:tcPr>
            <w:tcW w:w="5046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A0590ED" w14:textId="77777777" w:rsidR="00413445" w:rsidRDefault="00000000">
            <w:pPr>
              <w:spacing w:after="0"/>
            </w:pPr>
            <w:r>
              <w:rPr>
                <w:b/>
              </w:rPr>
              <w:t>до 40 л/хв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413445" w:rsidRPr="006815FC" w14:paraId="556D246F" w14:textId="77777777">
        <w:trPr>
          <w:cantSplit/>
          <w:jc w:val="center"/>
        </w:trPr>
        <w:tc>
          <w:tcPr>
            <w:tcW w:w="10092" w:type="dxa"/>
            <w:shd w:val="clear" w:color="auto" w:fill="F2D500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29DA91A" w14:textId="77777777" w:rsidR="00413445" w:rsidRPr="006815FC" w:rsidRDefault="00000000">
            <w:pPr>
              <w:spacing w:after="0"/>
              <w:rPr>
                <w:lang w:val="ru-RU"/>
              </w:rPr>
            </w:pPr>
            <w:r w:rsidRPr="006815FC">
              <w:rPr>
                <w:b/>
                <w:lang w:val="ru-RU"/>
              </w:rPr>
              <w:t xml:space="preserve">ВАЖЛИВО: </w:t>
            </w:r>
            <w:proofErr w:type="spellStart"/>
            <w:r w:rsidRPr="006815FC">
              <w:rPr>
                <w:lang w:val="ru-RU"/>
              </w:rPr>
              <w:t>виріб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призначений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виключно</w:t>
            </w:r>
            <w:proofErr w:type="spellEnd"/>
            <w:r w:rsidRPr="006815FC">
              <w:rPr>
                <w:lang w:val="ru-RU"/>
              </w:rPr>
              <w:t xml:space="preserve"> для </w:t>
            </w:r>
            <w:proofErr w:type="spellStart"/>
            <w:r w:rsidRPr="006815FC">
              <w:rPr>
                <w:lang w:val="ru-RU"/>
              </w:rPr>
              <w:t>перекачування</w:t>
            </w:r>
            <w:proofErr w:type="spellEnd"/>
            <w:r w:rsidRPr="006815FC">
              <w:rPr>
                <w:lang w:val="ru-RU"/>
              </w:rPr>
              <w:t xml:space="preserve"> та </w:t>
            </w:r>
            <w:proofErr w:type="spellStart"/>
            <w:r w:rsidRPr="006815FC">
              <w:rPr>
                <w:lang w:val="ru-RU"/>
              </w:rPr>
              <w:t>видачі</w:t>
            </w:r>
            <w:proofErr w:type="spellEnd"/>
            <w:r w:rsidRPr="006815FC">
              <w:rPr>
                <w:lang w:val="ru-RU"/>
              </w:rPr>
              <w:t xml:space="preserve"> дизельного </w:t>
            </w:r>
            <w:proofErr w:type="spellStart"/>
            <w:r w:rsidRPr="006815FC">
              <w:rPr>
                <w:lang w:val="ru-RU"/>
              </w:rPr>
              <w:t>палива</w:t>
            </w:r>
            <w:proofErr w:type="spellEnd"/>
            <w:r w:rsidRPr="006815FC">
              <w:rPr>
                <w:lang w:val="ru-RU"/>
              </w:rPr>
              <w:t xml:space="preserve">. </w:t>
            </w:r>
            <w:proofErr w:type="spellStart"/>
            <w:r w:rsidRPr="006815FC">
              <w:rPr>
                <w:lang w:val="ru-RU"/>
              </w:rPr>
              <w:t>Використання</w:t>
            </w:r>
            <w:proofErr w:type="spellEnd"/>
            <w:r w:rsidRPr="006815FC">
              <w:rPr>
                <w:lang w:val="ru-RU"/>
              </w:rPr>
              <w:t xml:space="preserve"> бензину, </w:t>
            </w:r>
            <w:proofErr w:type="spellStart"/>
            <w:r w:rsidRPr="006815FC">
              <w:rPr>
                <w:lang w:val="ru-RU"/>
              </w:rPr>
              <w:t>гасу</w:t>
            </w:r>
            <w:proofErr w:type="spellEnd"/>
            <w:r w:rsidRPr="006815FC">
              <w:rPr>
                <w:lang w:val="ru-RU"/>
              </w:rPr>
              <w:t xml:space="preserve">, води, </w:t>
            </w:r>
            <w:proofErr w:type="spellStart"/>
            <w:r w:rsidRPr="006815FC">
              <w:rPr>
                <w:lang w:val="ru-RU"/>
              </w:rPr>
              <w:t>спиртів</w:t>
            </w:r>
            <w:proofErr w:type="spellEnd"/>
            <w:r w:rsidRPr="006815FC">
              <w:rPr>
                <w:lang w:val="ru-RU"/>
              </w:rPr>
              <w:t xml:space="preserve">, газу та </w:t>
            </w:r>
            <w:proofErr w:type="spellStart"/>
            <w:r w:rsidRPr="006815FC">
              <w:rPr>
                <w:lang w:val="ru-RU"/>
              </w:rPr>
              <w:t>інших</w:t>
            </w:r>
            <w:proofErr w:type="spellEnd"/>
            <w:r w:rsidRPr="006815FC">
              <w:rPr>
                <w:lang w:val="ru-RU"/>
              </w:rPr>
              <w:t xml:space="preserve"> не </w:t>
            </w:r>
            <w:proofErr w:type="spellStart"/>
            <w:r w:rsidRPr="006815FC">
              <w:rPr>
                <w:lang w:val="ru-RU"/>
              </w:rPr>
              <w:t>передбачених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рідин</w:t>
            </w:r>
            <w:proofErr w:type="spellEnd"/>
            <w:r w:rsidRPr="006815FC">
              <w:rPr>
                <w:lang w:val="ru-RU"/>
              </w:rPr>
              <w:t xml:space="preserve"> заборонено.</w:t>
            </w:r>
          </w:p>
        </w:tc>
      </w:tr>
    </w:tbl>
    <w:p w14:paraId="571B95EE" w14:textId="77777777" w:rsidR="00413445" w:rsidRPr="006815FC" w:rsidRDefault="00413445">
      <w:pPr>
        <w:spacing w:after="0"/>
        <w:rPr>
          <w:lang w:val="ru-RU"/>
        </w:rPr>
      </w:pPr>
    </w:p>
    <w:p w14:paraId="5853C2F8" w14:textId="77777777" w:rsidR="00413445" w:rsidRPr="006815FC" w:rsidRDefault="00000000">
      <w:pPr>
        <w:spacing w:before="440"/>
        <w:jc w:val="center"/>
        <w:rPr>
          <w:lang w:val="ru-RU"/>
        </w:rPr>
      </w:pPr>
      <w:r w:rsidRPr="006815FC">
        <w:rPr>
          <w:b/>
          <w:sz w:val="22"/>
          <w:lang w:val="ru-RU"/>
        </w:rPr>
        <w:t xml:space="preserve">Перед </w:t>
      </w:r>
      <w:proofErr w:type="spellStart"/>
      <w:r w:rsidRPr="006815FC">
        <w:rPr>
          <w:b/>
          <w:sz w:val="22"/>
          <w:lang w:val="ru-RU"/>
        </w:rPr>
        <w:t>введенням</w:t>
      </w:r>
      <w:proofErr w:type="spellEnd"/>
      <w:r w:rsidRPr="006815FC">
        <w:rPr>
          <w:b/>
          <w:sz w:val="22"/>
          <w:lang w:val="ru-RU"/>
        </w:rPr>
        <w:t xml:space="preserve"> в </w:t>
      </w:r>
      <w:proofErr w:type="spellStart"/>
      <w:r w:rsidRPr="006815FC">
        <w:rPr>
          <w:b/>
          <w:sz w:val="22"/>
          <w:lang w:val="ru-RU"/>
        </w:rPr>
        <w:t>експлуатацію</w:t>
      </w:r>
      <w:proofErr w:type="spellEnd"/>
      <w:r w:rsidRPr="006815FC">
        <w:rPr>
          <w:b/>
          <w:sz w:val="22"/>
          <w:lang w:val="ru-RU"/>
        </w:rPr>
        <w:t xml:space="preserve"> </w:t>
      </w:r>
      <w:proofErr w:type="spellStart"/>
      <w:r w:rsidRPr="006815FC">
        <w:rPr>
          <w:b/>
          <w:sz w:val="22"/>
          <w:lang w:val="ru-RU"/>
        </w:rPr>
        <w:t>уважно</w:t>
      </w:r>
      <w:proofErr w:type="spellEnd"/>
      <w:r w:rsidRPr="006815FC">
        <w:rPr>
          <w:b/>
          <w:sz w:val="22"/>
          <w:lang w:val="ru-RU"/>
        </w:rPr>
        <w:t xml:space="preserve"> прочитайте </w:t>
      </w:r>
      <w:proofErr w:type="spellStart"/>
      <w:r w:rsidRPr="006815FC">
        <w:rPr>
          <w:b/>
          <w:sz w:val="22"/>
          <w:lang w:val="ru-RU"/>
        </w:rPr>
        <w:t>цей</w:t>
      </w:r>
      <w:proofErr w:type="spellEnd"/>
      <w:r w:rsidRPr="006815FC">
        <w:rPr>
          <w:b/>
          <w:sz w:val="22"/>
          <w:lang w:val="ru-RU"/>
        </w:rPr>
        <w:t xml:space="preserve"> паспорт.</w:t>
      </w:r>
    </w:p>
    <w:p w14:paraId="206B996F" w14:textId="7EA20F24" w:rsidR="00413445" w:rsidRDefault="006815FC" w:rsidP="006815FC">
      <w:pPr>
        <w:jc w:val="center"/>
      </w:pPr>
      <w:r>
        <w:rPr>
          <w:noProof/>
          <w:lang w:val="ru-RU"/>
        </w:rPr>
        <w:drawing>
          <wp:inline distT="0" distB="0" distL="0" distR="0" wp14:anchorId="2A2BE6F8" wp14:editId="020C86CB">
            <wp:extent cx="6408420" cy="4806315"/>
            <wp:effectExtent l="0" t="0" r="0" b="0"/>
            <wp:docPr id="3532359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35994" name="Рисунок 3532359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 w:rsidRPr="006815FC">
        <w:rPr>
          <w:lang w:val="ru-RU"/>
        </w:rPr>
        <w:br w:type="page"/>
      </w:r>
    </w:p>
    <w:p w14:paraId="5AE9FC08" w14:textId="77777777" w:rsidR="00413445" w:rsidRPr="006815FC" w:rsidRDefault="00000000">
      <w:pPr>
        <w:pStyle w:val="1"/>
        <w:rPr>
          <w:lang w:val="ru-RU"/>
        </w:rPr>
      </w:pPr>
      <w:r w:rsidRPr="006815FC">
        <w:rPr>
          <w:lang w:val="ru-RU"/>
        </w:rPr>
        <w:lastRenderedPageBreak/>
        <w:t xml:space="preserve">1. </w:t>
      </w:r>
      <w:proofErr w:type="spellStart"/>
      <w:r w:rsidRPr="006815FC">
        <w:rPr>
          <w:lang w:val="ru-RU"/>
        </w:rPr>
        <w:t>Призначення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виробу</w:t>
      </w:r>
      <w:proofErr w:type="spellEnd"/>
    </w:p>
    <w:p w14:paraId="5D76AE66" w14:textId="77777777" w:rsidR="00413445" w:rsidRPr="006815FC" w:rsidRDefault="00000000">
      <w:pPr>
        <w:rPr>
          <w:lang w:val="ru-RU"/>
        </w:rPr>
      </w:pPr>
      <w:proofErr w:type="spellStart"/>
      <w:r w:rsidRPr="006815FC">
        <w:rPr>
          <w:lang w:val="ru-RU"/>
        </w:rPr>
        <w:t>Міні</w:t>
      </w:r>
      <w:proofErr w:type="spellEnd"/>
      <w:r w:rsidRPr="006815FC">
        <w:rPr>
          <w:lang w:val="ru-RU"/>
        </w:rPr>
        <w:t xml:space="preserve"> АЗС на </w:t>
      </w:r>
      <w:proofErr w:type="spellStart"/>
      <w:r w:rsidRPr="006815FC">
        <w:rPr>
          <w:lang w:val="ru-RU"/>
        </w:rPr>
        <w:t>базі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Єврокуба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місткістю</w:t>
      </w:r>
      <w:proofErr w:type="spellEnd"/>
      <w:r w:rsidRPr="006815FC">
        <w:rPr>
          <w:lang w:val="ru-RU"/>
        </w:rPr>
        <w:t xml:space="preserve"> 1000 л </w:t>
      </w:r>
      <w:proofErr w:type="spellStart"/>
      <w:r w:rsidRPr="006815FC">
        <w:rPr>
          <w:lang w:val="ru-RU"/>
        </w:rPr>
        <w:t>призначена</w:t>
      </w:r>
      <w:proofErr w:type="spellEnd"/>
      <w:r w:rsidRPr="006815FC">
        <w:rPr>
          <w:lang w:val="ru-RU"/>
        </w:rPr>
        <w:t xml:space="preserve"> для </w:t>
      </w:r>
      <w:proofErr w:type="spellStart"/>
      <w:r w:rsidRPr="006815FC">
        <w:rPr>
          <w:lang w:val="ru-RU"/>
        </w:rPr>
        <w:t>зберігання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некомерційної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видачі</w:t>
      </w:r>
      <w:proofErr w:type="spellEnd"/>
      <w:r w:rsidRPr="006815FC">
        <w:rPr>
          <w:lang w:val="ru-RU"/>
        </w:rPr>
        <w:t xml:space="preserve"> дизельного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під</w:t>
      </w:r>
      <w:proofErr w:type="spellEnd"/>
      <w:r w:rsidRPr="006815FC">
        <w:rPr>
          <w:lang w:val="ru-RU"/>
        </w:rPr>
        <w:t xml:space="preserve"> час </w:t>
      </w:r>
      <w:proofErr w:type="spellStart"/>
      <w:r w:rsidRPr="006815FC">
        <w:rPr>
          <w:lang w:val="ru-RU"/>
        </w:rPr>
        <w:t>заправлення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сільськогосподарської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будівельної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дорожньої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комунальної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іншої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техніки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транспортних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засобів</w:t>
      </w:r>
      <w:proofErr w:type="spellEnd"/>
      <w:r w:rsidRPr="006815FC">
        <w:rPr>
          <w:lang w:val="ru-RU"/>
        </w:rPr>
        <w:t xml:space="preserve"> і </w:t>
      </w:r>
      <w:proofErr w:type="spellStart"/>
      <w:r w:rsidRPr="006815FC">
        <w:rPr>
          <w:lang w:val="ru-RU"/>
        </w:rPr>
        <w:t>генераторів</w:t>
      </w:r>
      <w:proofErr w:type="spellEnd"/>
      <w:r w:rsidRPr="006815FC">
        <w:rPr>
          <w:lang w:val="ru-RU"/>
        </w:rPr>
        <w:t>.</w:t>
      </w:r>
    </w:p>
    <w:p w14:paraId="2D0D63AF" w14:textId="77777777" w:rsidR="00413445" w:rsidRPr="006815FC" w:rsidRDefault="00000000">
      <w:pPr>
        <w:rPr>
          <w:lang w:val="ru-RU"/>
        </w:rPr>
      </w:pPr>
      <w:proofErr w:type="spellStart"/>
      <w:r w:rsidRPr="006815FC">
        <w:rPr>
          <w:lang w:val="ru-RU"/>
        </w:rPr>
        <w:t>Видача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здійснюється</w:t>
      </w:r>
      <w:proofErr w:type="spellEnd"/>
      <w:r w:rsidRPr="006815FC">
        <w:rPr>
          <w:lang w:val="ru-RU"/>
        </w:rPr>
        <w:t xml:space="preserve"> 12-вольтовою </w:t>
      </w:r>
      <w:proofErr w:type="spellStart"/>
      <w:r w:rsidRPr="006815FC">
        <w:rPr>
          <w:lang w:val="ru-RU"/>
        </w:rPr>
        <w:t>заправною</w:t>
      </w:r>
      <w:proofErr w:type="spellEnd"/>
      <w:r w:rsidRPr="006815FC">
        <w:rPr>
          <w:lang w:val="ru-RU"/>
        </w:rPr>
        <w:t xml:space="preserve"> колонкою </w:t>
      </w:r>
      <w:r>
        <w:t>Leyko</w:t>
      </w:r>
      <w:r w:rsidRPr="006815FC">
        <w:rPr>
          <w:lang w:val="ru-RU"/>
        </w:rPr>
        <w:t xml:space="preserve"> </w:t>
      </w:r>
      <w:r>
        <w:t>BP</w:t>
      </w:r>
      <w:r w:rsidRPr="006815FC">
        <w:rPr>
          <w:lang w:val="ru-RU"/>
        </w:rPr>
        <w:t xml:space="preserve">12-40-1 </w:t>
      </w:r>
      <w:proofErr w:type="spellStart"/>
      <w:r w:rsidRPr="006815FC">
        <w:rPr>
          <w:lang w:val="ru-RU"/>
        </w:rPr>
        <w:t>із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самовсмоктувальним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лопатевим</w:t>
      </w:r>
      <w:proofErr w:type="spellEnd"/>
      <w:r w:rsidRPr="006815FC">
        <w:rPr>
          <w:lang w:val="ru-RU"/>
        </w:rPr>
        <w:t xml:space="preserve"> насосом, </w:t>
      </w:r>
      <w:proofErr w:type="spellStart"/>
      <w:r w:rsidRPr="006815FC">
        <w:rPr>
          <w:lang w:val="ru-RU"/>
        </w:rPr>
        <w:t>механічним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лічильником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напірним</w:t>
      </w:r>
      <w:proofErr w:type="spellEnd"/>
      <w:r w:rsidRPr="006815FC">
        <w:rPr>
          <w:lang w:val="ru-RU"/>
        </w:rPr>
        <w:t xml:space="preserve"> рукавом та </w:t>
      </w:r>
      <w:proofErr w:type="spellStart"/>
      <w:r w:rsidRPr="006815FC">
        <w:rPr>
          <w:lang w:val="ru-RU"/>
        </w:rPr>
        <w:t>механічним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паливороздавальним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пістолетом</w:t>
      </w:r>
      <w:proofErr w:type="spellEnd"/>
      <w:r w:rsidRPr="006815FC">
        <w:rPr>
          <w:lang w:val="ru-RU"/>
        </w:rPr>
        <w:t>.</w:t>
      </w:r>
    </w:p>
    <w:p w14:paraId="75B6083D" w14:textId="77777777" w:rsidR="00413445" w:rsidRDefault="00000000">
      <w:pPr>
        <w:pStyle w:val="1"/>
      </w:pPr>
      <w:r>
        <w:t>2. Комплектність</w:t>
      </w:r>
    </w:p>
    <w:p w14:paraId="6366F9EE" w14:textId="77777777" w:rsidR="00413445" w:rsidRDefault="00000000">
      <w:pPr>
        <w:pStyle w:val="a0"/>
        <w:spacing w:after="40"/>
      </w:pPr>
      <w:proofErr w:type="spellStart"/>
      <w:r w:rsidRPr="006815FC">
        <w:rPr>
          <w:lang w:val="ru-RU"/>
        </w:rPr>
        <w:t>Пластиковий</w:t>
      </w:r>
      <w:proofErr w:type="spellEnd"/>
      <w:r w:rsidRPr="006815FC">
        <w:rPr>
          <w:lang w:val="ru-RU"/>
        </w:rPr>
        <w:t xml:space="preserve"> резервуар типу </w:t>
      </w:r>
      <w:proofErr w:type="spellStart"/>
      <w:r w:rsidRPr="006815FC">
        <w:rPr>
          <w:lang w:val="ru-RU"/>
        </w:rPr>
        <w:t>Єврокуб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номінальною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місткістю</w:t>
      </w:r>
      <w:proofErr w:type="spellEnd"/>
      <w:r w:rsidRPr="006815FC">
        <w:rPr>
          <w:lang w:val="ru-RU"/>
        </w:rPr>
        <w:t xml:space="preserve"> </w:t>
      </w:r>
      <w:r>
        <w:t xml:space="preserve">1000 л у </w:t>
      </w:r>
      <w:proofErr w:type="spellStart"/>
      <w:r>
        <w:t>захисному</w:t>
      </w:r>
      <w:proofErr w:type="spellEnd"/>
      <w:r>
        <w:t xml:space="preserve"> </w:t>
      </w:r>
      <w:proofErr w:type="spellStart"/>
      <w:r>
        <w:t>каркасі</w:t>
      </w:r>
      <w:proofErr w:type="spellEnd"/>
      <w:r>
        <w:t>.</w:t>
      </w:r>
    </w:p>
    <w:p w14:paraId="008EFD5A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Заправна</w:t>
      </w:r>
      <w:proofErr w:type="spellEnd"/>
      <w:r w:rsidRPr="006815FC">
        <w:rPr>
          <w:lang w:val="ru-RU"/>
        </w:rPr>
        <w:t xml:space="preserve"> колонка </w:t>
      </w:r>
      <w:r>
        <w:t>Leyko</w:t>
      </w:r>
      <w:r w:rsidRPr="006815FC">
        <w:rPr>
          <w:lang w:val="ru-RU"/>
        </w:rPr>
        <w:t xml:space="preserve"> </w:t>
      </w:r>
      <w:r>
        <w:t>BP</w:t>
      </w:r>
      <w:r w:rsidRPr="006815FC">
        <w:rPr>
          <w:lang w:val="ru-RU"/>
        </w:rPr>
        <w:t xml:space="preserve">12-40-1 на </w:t>
      </w:r>
      <w:proofErr w:type="spellStart"/>
      <w:r w:rsidRPr="006815FC">
        <w:rPr>
          <w:lang w:val="ru-RU"/>
        </w:rPr>
        <w:t>монтажній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металевій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панелі</w:t>
      </w:r>
      <w:proofErr w:type="spellEnd"/>
      <w:r w:rsidRPr="006815FC">
        <w:rPr>
          <w:lang w:val="ru-RU"/>
        </w:rPr>
        <w:t>.</w:t>
      </w:r>
    </w:p>
    <w:p w14:paraId="089A09AA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Електричний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самовсмоктувальний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лопатевий</w:t>
      </w:r>
      <w:proofErr w:type="spellEnd"/>
      <w:r w:rsidRPr="006815FC">
        <w:rPr>
          <w:lang w:val="ru-RU"/>
        </w:rPr>
        <w:t xml:space="preserve"> насос 12 В </w:t>
      </w:r>
      <w:proofErr w:type="spellStart"/>
      <w:r w:rsidRPr="006815FC">
        <w:rPr>
          <w:lang w:val="ru-RU"/>
        </w:rPr>
        <w:t>із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вбудованим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перепускним</w:t>
      </w:r>
      <w:proofErr w:type="spellEnd"/>
      <w:r w:rsidRPr="006815FC">
        <w:rPr>
          <w:lang w:val="ru-RU"/>
        </w:rPr>
        <w:t xml:space="preserve"> клапаном.</w:t>
      </w:r>
    </w:p>
    <w:p w14:paraId="1871796E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Механічний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 </w:t>
      </w:r>
      <w:r>
        <w:t>Leyko</w:t>
      </w:r>
      <w:r w:rsidRPr="006815FC">
        <w:rPr>
          <w:lang w:val="ru-RU"/>
        </w:rPr>
        <w:t xml:space="preserve"> </w:t>
      </w:r>
      <w:r>
        <w:t>FM</w:t>
      </w:r>
      <w:r w:rsidRPr="006815FC">
        <w:rPr>
          <w:lang w:val="ru-RU"/>
        </w:rPr>
        <w:t>-120 (</w:t>
      </w:r>
      <w:proofErr w:type="spellStart"/>
      <w:r w:rsidRPr="006815FC">
        <w:rPr>
          <w:lang w:val="ru-RU"/>
        </w:rPr>
        <w:t>діапазон</w:t>
      </w:r>
      <w:proofErr w:type="spellEnd"/>
      <w:r w:rsidRPr="006815FC">
        <w:rPr>
          <w:lang w:val="ru-RU"/>
        </w:rPr>
        <w:t xml:space="preserve"> 20-100 л/</w:t>
      </w:r>
      <w:proofErr w:type="spellStart"/>
      <w:r w:rsidRPr="006815FC">
        <w:rPr>
          <w:lang w:val="ru-RU"/>
        </w:rPr>
        <w:t>хв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похибка</w:t>
      </w:r>
      <w:proofErr w:type="spellEnd"/>
      <w:r w:rsidRPr="006815FC">
        <w:rPr>
          <w:lang w:val="ru-RU"/>
        </w:rPr>
        <w:t xml:space="preserve"> до ±1%).</w:t>
      </w:r>
    </w:p>
    <w:p w14:paraId="544C388E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Напірний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паливний</w:t>
      </w:r>
      <w:proofErr w:type="spellEnd"/>
      <w:r w:rsidRPr="006815FC">
        <w:rPr>
          <w:lang w:val="ru-RU"/>
        </w:rPr>
        <w:t xml:space="preserve"> рукав </w:t>
      </w:r>
      <w:proofErr w:type="spellStart"/>
      <w:r w:rsidRPr="006815FC">
        <w:rPr>
          <w:lang w:val="ru-RU"/>
        </w:rPr>
        <w:t>довжиною</w:t>
      </w:r>
      <w:proofErr w:type="spellEnd"/>
      <w:r w:rsidRPr="006815FC">
        <w:rPr>
          <w:lang w:val="ru-RU"/>
        </w:rPr>
        <w:t xml:space="preserve"> 4 м.</w:t>
      </w:r>
    </w:p>
    <w:p w14:paraId="0B227BA4" w14:textId="77777777" w:rsidR="00413445" w:rsidRDefault="00000000">
      <w:pPr>
        <w:pStyle w:val="a0"/>
        <w:spacing w:after="40"/>
      </w:pPr>
      <w:proofErr w:type="spellStart"/>
      <w:r>
        <w:t>Механічний</w:t>
      </w:r>
      <w:proofErr w:type="spellEnd"/>
      <w:r>
        <w:t xml:space="preserve"> </w:t>
      </w:r>
      <w:proofErr w:type="spellStart"/>
      <w:r>
        <w:t>паливороздавальний</w:t>
      </w:r>
      <w:proofErr w:type="spellEnd"/>
      <w:r>
        <w:t xml:space="preserve"> </w:t>
      </w:r>
      <w:proofErr w:type="spellStart"/>
      <w:r>
        <w:t>пістолет</w:t>
      </w:r>
      <w:proofErr w:type="spellEnd"/>
      <w:r>
        <w:t>.</w:t>
      </w:r>
    </w:p>
    <w:p w14:paraId="44EDE87E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Фільтр</w:t>
      </w:r>
      <w:proofErr w:type="spellEnd"/>
      <w:r w:rsidRPr="006815FC">
        <w:rPr>
          <w:lang w:val="ru-RU"/>
        </w:rPr>
        <w:t xml:space="preserve"> грубого </w:t>
      </w:r>
      <w:proofErr w:type="spellStart"/>
      <w:r w:rsidRPr="006815FC">
        <w:rPr>
          <w:lang w:val="ru-RU"/>
        </w:rPr>
        <w:t>очищення</w:t>
      </w:r>
      <w:proofErr w:type="spellEnd"/>
      <w:r w:rsidRPr="006815FC">
        <w:rPr>
          <w:lang w:val="ru-RU"/>
        </w:rPr>
        <w:t xml:space="preserve"> / </w:t>
      </w:r>
      <w:proofErr w:type="spellStart"/>
      <w:r w:rsidRPr="006815FC">
        <w:rPr>
          <w:lang w:val="ru-RU"/>
        </w:rPr>
        <w:t>сітчастий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фільтрувальний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елемент</w:t>
      </w:r>
      <w:proofErr w:type="spellEnd"/>
      <w:r w:rsidRPr="006815FC">
        <w:rPr>
          <w:lang w:val="ru-RU"/>
        </w:rPr>
        <w:t xml:space="preserve"> у </w:t>
      </w:r>
      <w:proofErr w:type="spellStart"/>
      <w:r w:rsidRPr="006815FC">
        <w:rPr>
          <w:lang w:val="ru-RU"/>
        </w:rPr>
        <w:t>складі</w:t>
      </w:r>
      <w:proofErr w:type="spellEnd"/>
      <w:r w:rsidRPr="006815FC">
        <w:rPr>
          <w:lang w:val="ru-RU"/>
        </w:rPr>
        <w:t xml:space="preserve"> колонки.</w:t>
      </w:r>
    </w:p>
    <w:p w14:paraId="75FD002A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Всмоктувальна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магістраль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між</w:t>
      </w:r>
      <w:proofErr w:type="spellEnd"/>
      <w:r w:rsidRPr="006815FC">
        <w:rPr>
          <w:lang w:val="ru-RU"/>
        </w:rPr>
        <w:t xml:space="preserve"> резервуаром і колонкою, </w:t>
      </w:r>
      <w:proofErr w:type="spellStart"/>
      <w:r w:rsidRPr="006815FC">
        <w:rPr>
          <w:lang w:val="ru-RU"/>
        </w:rPr>
        <w:t>запірна</w:t>
      </w:r>
      <w:proofErr w:type="spellEnd"/>
      <w:r w:rsidRPr="006815FC">
        <w:rPr>
          <w:lang w:val="ru-RU"/>
        </w:rPr>
        <w:t xml:space="preserve"> арматура та </w:t>
      </w:r>
      <w:proofErr w:type="spellStart"/>
      <w:r w:rsidRPr="006815FC">
        <w:rPr>
          <w:lang w:val="ru-RU"/>
        </w:rPr>
        <w:t>з’єднувальні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елементи</w:t>
      </w:r>
      <w:proofErr w:type="spellEnd"/>
      <w:r w:rsidRPr="006815FC">
        <w:rPr>
          <w:lang w:val="ru-RU"/>
        </w:rPr>
        <w:t>.</w:t>
      </w:r>
    </w:p>
    <w:p w14:paraId="05FC35A9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Кабель </w:t>
      </w:r>
      <w:proofErr w:type="spellStart"/>
      <w:r w:rsidRPr="006815FC">
        <w:rPr>
          <w:lang w:val="ru-RU"/>
        </w:rPr>
        <w:t>живлення</w:t>
      </w:r>
      <w:proofErr w:type="spellEnd"/>
      <w:r w:rsidRPr="006815FC">
        <w:rPr>
          <w:lang w:val="ru-RU"/>
        </w:rPr>
        <w:t xml:space="preserve"> 12 В з </w:t>
      </w:r>
      <w:proofErr w:type="spellStart"/>
      <w:r w:rsidRPr="006815FC">
        <w:rPr>
          <w:lang w:val="ru-RU"/>
        </w:rPr>
        <w:t>контактними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затискачами</w:t>
      </w:r>
      <w:proofErr w:type="spellEnd"/>
      <w:r w:rsidRPr="006815FC">
        <w:rPr>
          <w:lang w:val="ru-RU"/>
        </w:rPr>
        <w:t xml:space="preserve"> типу «крокодил».</w:t>
      </w:r>
    </w:p>
    <w:p w14:paraId="37A3452C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Паспорт та </w:t>
      </w:r>
      <w:proofErr w:type="spellStart"/>
      <w:r w:rsidRPr="006815FC">
        <w:rPr>
          <w:lang w:val="ru-RU"/>
        </w:rPr>
        <w:t>інструкція</w:t>
      </w:r>
      <w:proofErr w:type="spellEnd"/>
      <w:r w:rsidRPr="006815FC">
        <w:rPr>
          <w:lang w:val="ru-RU"/>
        </w:rPr>
        <w:t xml:space="preserve"> з </w:t>
      </w:r>
      <w:proofErr w:type="spellStart"/>
      <w:r w:rsidRPr="006815FC">
        <w:rPr>
          <w:lang w:val="ru-RU"/>
        </w:rPr>
        <w:t>експлуатації</w:t>
      </w:r>
      <w:proofErr w:type="spellEnd"/>
      <w:r w:rsidRPr="006815FC">
        <w:rPr>
          <w:lang w:val="ru-RU"/>
        </w:rPr>
        <w:t>.</w:t>
      </w:r>
    </w:p>
    <w:p w14:paraId="0DA18C58" w14:textId="77777777" w:rsidR="00413445" w:rsidRDefault="00000000">
      <w:pPr>
        <w:pStyle w:val="1"/>
      </w:pPr>
      <w:r>
        <w:t>3. Основні технічні характеристики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413445" w14:paraId="234E6B7A" w14:textId="77777777">
        <w:trPr>
          <w:cantSplit/>
          <w:tblHeader/>
          <w:jc w:val="center"/>
        </w:trPr>
        <w:tc>
          <w:tcPr>
            <w:tcW w:w="5046" w:type="dxa"/>
            <w:shd w:val="clear" w:color="auto" w:fill="F2D5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91B9E7" w14:textId="77777777" w:rsidR="00413445" w:rsidRDefault="00000000">
            <w:pPr>
              <w:spacing w:after="0"/>
            </w:pPr>
            <w:r>
              <w:rPr>
                <w:b/>
                <w:sz w:val="18"/>
              </w:rPr>
              <w:t>Параметр</w:t>
            </w:r>
          </w:p>
        </w:tc>
        <w:tc>
          <w:tcPr>
            <w:tcW w:w="5046" w:type="dxa"/>
            <w:shd w:val="clear" w:color="auto" w:fill="F2D5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9593A8" w14:textId="77777777" w:rsidR="00413445" w:rsidRDefault="00000000">
            <w:pPr>
              <w:spacing w:after="0"/>
            </w:pPr>
            <w:r>
              <w:rPr>
                <w:b/>
                <w:sz w:val="18"/>
              </w:rPr>
              <w:t>Значення</w:t>
            </w:r>
          </w:p>
        </w:tc>
      </w:tr>
      <w:tr w:rsidR="00413445" w14:paraId="65CE9277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7DD9D3" w14:textId="77777777" w:rsidR="00413445" w:rsidRDefault="00000000">
            <w:pPr>
              <w:spacing w:after="0"/>
            </w:pPr>
            <w:r>
              <w:rPr>
                <w:sz w:val="18"/>
              </w:rPr>
              <w:t>Номінальна місткість резервуара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1A3777" w14:textId="77777777" w:rsidR="00413445" w:rsidRDefault="00000000">
            <w:pPr>
              <w:spacing w:after="0"/>
            </w:pPr>
            <w:r>
              <w:rPr>
                <w:sz w:val="18"/>
              </w:rPr>
              <w:t>1000 л</w:t>
            </w:r>
          </w:p>
        </w:tc>
      </w:tr>
      <w:tr w:rsidR="00413445" w14:paraId="3FBBBA4B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D5CEF3" w14:textId="77777777" w:rsidR="00413445" w:rsidRDefault="00000000">
            <w:pPr>
              <w:spacing w:after="0"/>
            </w:pPr>
            <w:r>
              <w:rPr>
                <w:sz w:val="18"/>
              </w:rPr>
              <w:t>Дозволена рідина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711EE9" w14:textId="77777777" w:rsidR="00413445" w:rsidRDefault="00000000">
            <w:pPr>
              <w:spacing w:after="0"/>
            </w:pPr>
            <w:r>
              <w:rPr>
                <w:sz w:val="18"/>
              </w:rPr>
              <w:t>дизельне паливо</w:t>
            </w:r>
          </w:p>
        </w:tc>
      </w:tr>
      <w:tr w:rsidR="00413445" w14:paraId="3E228ACE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E6AD6F" w14:textId="77777777" w:rsidR="00413445" w:rsidRDefault="00000000">
            <w:pPr>
              <w:spacing w:after="0"/>
            </w:pPr>
            <w:r>
              <w:rPr>
                <w:sz w:val="18"/>
              </w:rPr>
              <w:t>Продуктивність насоса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983B29" w14:textId="77777777" w:rsidR="00413445" w:rsidRDefault="00000000">
            <w:pPr>
              <w:spacing w:after="0"/>
            </w:pPr>
            <w:r>
              <w:rPr>
                <w:sz w:val="18"/>
              </w:rPr>
              <w:t>до 40 л/хв</w:t>
            </w:r>
          </w:p>
        </w:tc>
      </w:tr>
      <w:tr w:rsidR="00413445" w14:paraId="227838D7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33E4DD" w14:textId="77777777" w:rsidR="00413445" w:rsidRDefault="00000000">
            <w:pPr>
              <w:spacing w:after="0"/>
            </w:pPr>
            <w:r>
              <w:rPr>
                <w:sz w:val="18"/>
              </w:rPr>
              <w:t>Живлення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FDEEF" w14:textId="77777777" w:rsidR="00413445" w:rsidRDefault="00000000">
            <w:pPr>
              <w:spacing w:after="0"/>
            </w:pPr>
            <w:r>
              <w:rPr>
                <w:sz w:val="18"/>
              </w:rPr>
              <w:t>12 В DC</w:t>
            </w:r>
          </w:p>
        </w:tc>
      </w:tr>
      <w:tr w:rsidR="00413445" w14:paraId="5CDDFE84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29448D" w14:textId="77777777" w:rsidR="00413445" w:rsidRDefault="00000000">
            <w:pPr>
              <w:spacing w:after="0"/>
            </w:pPr>
            <w:r>
              <w:rPr>
                <w:sz w:val="18"/>
              </w:rPr>
              <w:t>Споживаний струм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37DB1F" w14:textId="77777777" w:rsidR="00413445" w:rsidRDefault="00000000">
            <w:pPr>
              <w:spacing w:after="0"/>
            </w:pPr>
            <w:r>
              <w:rPr>
                <w:sz w:val="18"/>
              </w:rPr>
              <w:t>13 А</w:t>
            </w:r>
          </w:p>
        </w:tc>
      </w:tr>
      <w:tr w:rsidR="00413445" w14:paraId="4AF4A7EF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79E804" w14:textId="77777777" w:rsidR="00413445" w:rsidRDefault="00000000">
            <w:pPr>
              <w:spacing w:after="0"/>
            </w:pPr>
            <w:r>
              <w:rPr>
                <w:sz w:val="18"/>
              </w:rPr>
              <w:t>Тиск на виході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C6C808" w14:textId="77777777" w:rsidR="00413445" w:rsidRDefault="00000000">
            <w:pPr>
              <w:spacing w:after="0"/>
            </w:pPr>
            <w:r>
              <w:rPr>
                <w:sz w:val="18"/>
              </w:rPr>
              <w:t>до 1,3 бар</w:t>
            </w:r>
          </w:p>
        </w:tc>
      </w:tr>
      <w:tr w:rsidR="00413445" w14:paraId="339D68A9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DB4B2D" w14:textId="77777777" w:rsidR="00413445" w:rsidRDefault="00000000">
            <w:pPr>
              <w:spacing w:after="0"/>
            </w:pPr>
            <w:r>
              <w:rPr>
                <w:sz w:val="18"/>
              </w:rPr>
              <w:t>Висота «сухого» всмоктування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DFBE89" w14:textId="77777777" w:rsidR="00413445" w:rsidRDefault="00000000">
            <w:pPr>
              <w:spacing w:after="0"/>
            </w:pPr>
            <w:r>
              <w:rPr>
                <w:sz w:val="18"/>
              </w:rPr>
              <w:t>до 3 м</w:t>
            </w:r>
          </w:p>
        </w:tc>
      </w:tr>
      <w:tr w:rsidR="00413445" w14:paraId="34F2847D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C4DB89" w14:textId="77777777" w:rsidR="00413445" w:rsidRDefault="00000000">
            <w:pPr>
              <w:spacing w:after="0"/>
            </w:pPr>
            <w:r>
              <w:rPr>
                <w:sz w:val="18"/>
              </w:rPr>
              <w:t>Максимальна безперервна робота насоса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26DCD3" w14:textId="77777777" w:rsidR="00413445" w:rsidRDefault="00000000">
            <w:pPr>
              <w:spacing w:after="0"/>
            </w:pPr>
            <w:r>
              <w:rPr>
                <w:sz w:val="18"/>
              </w:rPr>
              <w:t>до 30 хв</w:t>
            </w:r>
          </w:p>
        </w:tc>
      </w:tr>
      <w:tr w:rsidR="00413445" w14:paraId="561C3C6C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D1705F" w14:textId="77777777" w:rsidR="00413445" w:rsidRDefault="00000000">
            <w:pPr>
              <w:spacing w:after="0"/>
            </w:pPr>
            <w:r>
              <w:rPr>
                <w:sz w:val="18"/>
              </w:rPr>
              <w:t>Ступінь захисту електронасоса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D0D8DC" w14:textId="77777777" w:rsidR="00413445" w:rsidRDefault="00000000">
            <w:pPr>
              <w:spacing w:after="0"/>
            </w:pPr>
            <w:r>
              <w:rPr>
                <w:sz w:val="18"/>
              </w:rPr>
              <w:t>IP55</w:t>
            </w:r>
          </w:p>
        </w:tc>
      </w:tr>
      <w:tr w:rsidR="00413445" w14:paraId="43044051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46E689" w14:textId="77777777" w:rsidR="00413445" w:rsidRDefault="00000000">
            <w:pPr>
              <w:spacing w:after="0"/>
            </w:pPr>
            <w:r>
              <w:rPr>
                <w:sz w:val="18"/>
              </w:rPr>
              <w:t>Робоча температура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06CD70" w14:textId="77777777" w:rsidR="00413445" w:rsidRDefault="00000000">
            <w:pPr>
              <w:spacing w:after="0"/>
            </w:pPr>
            <w:r>
              <w:rPr>
                <w:sz w:val="18"/>
              </w:rPr>
              <w:t>від -20 до +50 °C</w:t>
            </w:r>
          </w:p>
        </w:tc>
      </w:tr>
      <w:tr w:rsidR="00413445" w14:paraId="0EF2E494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243C5E" w14:textId="77777777" w:rsidR="00413445" w:rsidRDefault="00000000">
            <w:pPr>
              <w:spacing w:after="0"/>
            </w:pPr>
            <w:r>
              <w:rPr>
                <w:sz w:val="18"/>
              </w:rPr>
              <w:t>Рівень шуму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2CACEE" w14:textId="77777777" w:rsidR="00413445" w:rsidRDefault="00000000">
            <w:pPr>
              <w:spacing w:after="0"/>
            </w:pPr>
            <w:r>
              <w:rPr>
                <w:sz w:val="18"/>
              </w:rPr>
              <w:t>до 80 дБ</w:t>
            </w:r>
          </w:p>
        </w:tc>
      </w:tr>
      <w:tr w:rsidR="00413445" w14:paraId="10537A15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37CB7F" w14:textId="77777777" w:rsidR="00413445" w:rsidRDefault="00000000">
            <w:pPr>
              <w:spacing w:after="0"/>
            </w:pPr>
            <w:r>
              <w:rPr>
                <w:sz w:val="18"/>
              </w:rPr>
              <w:t>Перепускний клапан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8696C9" w14:textId="77777777" w:rsidR="00413445" w:rsidRDefault="00000000">
            <w:pPr>
              <w:spacing w:after="0"/>
            </w:pPr>
            <w:r>
              <w:rPr>
                <w:sz w:val="18"/>
              </w:rPr>
              <w:t>є</w:t>
            </w:r>
          </w:p>
        </w:tc>
      </w:tr>
      <w:tr w:rsidR="00413445" w14:paraId="31CFE69E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7F4208" w14:textId="77777777" w:rsidR="00413445" w:rsidRDefault="00000000">
            <w:pPr>
              <w:spacing w:after="0"/>
            </w:pPr>
            <w:r>
              <w:rPr>
                <w:sz w:val="18"/>
              </w:rPr>
              <w:t>Тип лічильника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1514E8" w14:textId="77777777" w:rsidR="00413445" w:rsidRDefault="00000000">
            <w:pPr>
              <w:spacing w:after="0"/>
            </w:pPr>
            <w:r>
              <w:rPr>
                <w:sz w:val="18"/>
              </w:rPr>
              <w:t>механічний</w:t>
            </w:r>
          </w:p>
        </w:tc>
      </w:tr>
      <w:tr w:rsidR="00413445" w14:paraId="5154AA5F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CF092D" w14:textId="77777777" w:rsidR="00413445" w:rsidRDefault="00000000">
            <w:pPr>
              <w:spacing w:after="0"/>
            </w:pPr>
            <w:r>
              <w:rPr>
                <w:sz w:val="18"/>
              </w:rPr>
              <w:t>Діапазон лічильника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9FCBA8" w14:textId="77777777" w:rsidR="00413445" w:rsidRDefault="00000000">
            <w:pPr>
              <w:spacing w:after="0"/>
            </w:pPr>
            <w:r>
              <w:rPr>
                <w:sz w:val="18"/>
              </w:rPr>
              <w:t>20-100 л/хв</w:t>
            </w:r>
          </w:p>
        </w:tc>
      </w:tr>
      <w:tr w:rsidR="00413445" w14:paraId="77D1568A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18DD26" w14:textId="77777777" w:rsidR="00413445" w:rsidRDefault="00000000">
            <w:pPr>
              <w:spacing w:after="0"/>
            </w:pPr>
            <w:r>
              <w:rPr>
                <w:sz w:val="18"/>
              </w:rPr>
              <w:t>Максимальна похибка лічильника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E8BE17" w14:textId="77777777" w:rsidR="00413445" w:rsidRDefault="00000000">
            <w:pPr>
              <w:spacing w:after="0"/>
            </w:pPr>
            <w:r>
              <w:rPr>
                <w:sz w:val="18"/>
              </w:rPr>
              <w:t>±1%</w:t>
            </w:r>
          </w:p>
        </w:tc>
      </w:tr>
      <w:tr w:rsidR="00413445" w14:paraId="0BFB1257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F1D256" w14:textId="77777777" w:rsidR="00413445" w:rsidRDefault="00000000">
            <w:pPr>
              <w:spacing w:after="0"/>
            </w:pPr>
            <w:r>
              <w:rPr>
                <w:sz w:val="18"/>
              </w:rPr>
              <w:t>Максимальний тиск лічильника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1EFDCA" w14:textId="77777777" w:rsidR="00413445" w:rsidRDefault="00000000">
            <w:pPr>
              <w:spacing w:after="0"/>
            </w:pPr>
            <w:r>
              <w:rPr>
                <w:sz w:val="18"/>
              </w:rPr>
              <w:t>3,5 бар</w:t>
            </w:r>
          </w:p>
        </w:tc>
      </w:tr>
      <w:tr w:rsidR="00413445" w14:paraId="60BA3816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FB52EC" w14:textId="77777777" w:rsidR="00413445" w:rsidRDefault="00000000">
            <w:pPr>
              <w:spacing w:after="0"/>
            </w:pPr>
            <w:r>
              <w:rPr>
                <w:sz w:val="18"/>
              </w:rPr>
              <w:t>З’єднання лічильника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A8EDDD" w14:textId="77777777" w:rsidR="00413445" w:rsidRDefault="00000000">
            <w:pPr>
              <w:spacing w:after="0"/>
            </w:pPr>
            <w:r>
              <w:rPr>
                <w:sz w:val="18"/>
              </w:rPr>
              <w:t>BSPP 1″</w:t>
            </w:r>
          </w:p>
        </w:tc>
      </w:tr>
      <w:tr w:rsidR="00413445" w14:paraId="55D9E48E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06871F" w14:textId="77777777" w:rsidR="00413445" w:rsidRDefault="00000000">
            <w:pPr>
              <w:spacing w:after="0"/>
            </w:pPr>
            <w:r>
              <w:rPr>
                <w:sz w:val="18"/>
              </w:rPr>
              <w:t>Вхід / вихід насоса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7A9605" w14:textId="77777777" w:rsidR="00413445" w:rsidRDefault="00000000">
            <w:pPr>
              <w:spacing w:after="0"/>
            </w:pPr>
            <w:r>
              <w:rPr>
                <w:sz w:val="18"/>
              </w:rPr>
              <w:t>3/4″ BSP / 1″ BSP</w:t>
            </w:r>
          </w:p>
        </w:tc>
      </w:tr>
      <w:tr w:rsidR="00413445" w14:paraId="7C154797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21F1E8" w14:textId="77777777" w:rsidR="00413445" w:rsidRDefault="00000000">
            <w:pPr>
              <w:spacing w:after="0"/>
            </w:pPr>
            <w:r>
              <w:rPr>
                <w:sz w:val="18"/>
              </w:rPr>
              <w:t>Довжина напірного рукава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4A0E58" w14:textId="77777777" w:rsidR="00413445" w:rsidRDefault="00000000">
            <w:pPr>
              <w:spacing w:after="0"/>
            </w:pPr>
            <w:r>
              <w:rPr>
                <w:sz w:val="18"/>
              </w:rPr>
              <w:t>4 м</w:t>
            </w:r>
          </w:p>
        </w:tc>
      </w:tr>
      <w:tr w:rsidR="00413445" w14:paraId="065ACE30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687533" w14:textId="77777777" w:rsidR="00413445" w:rsidRDefault="00000000">
            <w:pPr>
              <w:spacing w:after="0"/>
            </w:pPr>
            <w:r>
              <w:rPr>
                <w:sz w:val="18"/>
              </w:rPr>
              <w:lastRenderedPageBreak/>
              <w:t>Довжина кабелю живлення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64FD6B" w14:textId="77777777" w:rsidR="00413445" w:rsidRDefault="00000000">
            <w:pPr>
              <w:spacing w:after="0"/>
            </w:pPr>
            <w:r>
              <w:rPr>
                <w:sz w:val="18"/>
              </w:rPr>
              <w:t>2 м</w:t>
            </w:r>
          </w:p>
        </w:tc>
      </w:tr>
      <w:tr w:rsidR="00413445" w14:paraId="40F1BCD9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A4B285" w14:textId="77777777" w:rsidR="00413445" w:rsidRDefault="00000000">
            <w:pPr>
              <w:spacing w:after="0"/>
            </w:pPr>
            <w:r>
              <w:rPr>
                <w:sz w:val="18"/>
              </w:rPr>
              <w:t>Пістолет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61832B" w14:textId="77777777" w:rsidR="00413445" w:rsidRDefault="00000000">
            <w:pPr>
              <w:spacing w:after="0"/>
            </w:pPr>
            <w:r>
              <w:rPr>
                <w:sz w:val="18"/>
              </w:rPr>
              <w:t>механічний</w:t>
            </w:r>
          </w:p>
        </w:tc>
      </w:tr>
      <w:tr w:rsidR="00413445" w14:paraId="4B6F921E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E69B77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8"/>
                <w:lang w:val="ru-RU"/>
              </w:rPr>
              <w:t>Габарити</w:t>
            </w:r>
            <w:proofErr w:type="spellEnd"/>
            <w:r w:rsidRPr="006815FC">
              <w:rPr>
                <w:sz w:val="18"/>
                <w:lang w:val="ru-RU"/>
              </w:rPr>
              <w:t xml:space="preserve"> </w:t>
            </w:r>
            <w:proofErr w:type="spellStart"/>
            <w:r w:rsidRPr="006815FC">
              <w:rPr>
                <w:sz w:val="18"/>
                <w:lang w:val="ru-RU"/>
              </w:rPr>
              <w:t>міні</w:t>
            </w:r>
            <w:proofErr w:type="spellEnd"/>
            <w:r w:rsidRPr="006815FC">
              <w:rPr>
                <w:sz w:val="18"/>
                <w:lang w:val="ru-RU"/>
              </w:rPr>
              <w:t xml:space="preserve"> АЗС (Д×Ш×В)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E6D468" w14:textId="77777777" w:rsidR="00413445" w:rsidRDefault="00000000">
            <w:pPr>
              <w:spacing w:after="0"/>
            </w:pPr>
            <w:proofErr w:type="spellStart"/>
            <w:r>
              <w:rPr>
                <w:sz w:val="18"/>
              </w:rPr>
              <w:t>прибл</w:t>
            </w:r>
            <w:proofErr w:type="spellEnd"/>
            <w:r>
              <w:rPr>
                <w:sz w:val="18"/>
              </w:rPr>
              <w:t xml:space="preserve">. 1000×1200×1150 </w:t>
            </w:r>
            <w:proofErr w:type="spellStart"/>
            <w:r>
              <w:rPr>
                <w:sz w:val="18"/>
              </w:rPr>
              <w:t>мм</w:t>
            </w:r>
            <w:proofErr w:type="spellEnd"/>
          </w:p>
        </w:tc>
      </w:tr>
      <w:tr w:rsidR="00413445" w14:paraId="3C9C0C03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4557F3" w14:textId="77777777" w:rsidR="00413445" w:rsidRPr="006815FC" w:rsidRDefault="00000000">
            <w:pPr>
              <w:spacing w:after="0"/>
              <w:rPr>
                <w:lang w:val="ru-RU"/>
              </w:rPr>
            </w:pPr>
            <w:r w:rsidRPr="006815FC">
              <w:rPr>
                <w:sz w:val="18"/>
                <w:lang w:val="ru-RU"/>
              </w:rPr>
              <w:t xml:space="preserve">Маса </w:t>
            </w:r>
            <w:proofErr w:type="spellStart"/>
            <w:r w:rsidRPr="006815FC">
              <w:rPr>
                <w:sz w:val="18"/>
                <w:lang w:val="ru-RU"/>
              </w:rPr>
              <w:t>зібраного</w:t>
            </w:r>
            <w:proofErr w:type="spellEnd"/>
            <w:r w:rsidRPr="006815FC">
              <w:rPr>
                <w:sz w:val="18"/>
                <w:lang w:val="ru-RU"/>
              </w:rPr>
              <w:t xml:space="preserve"> </w:t>
            </w:r>
            <w:proofErr w:type="spellStart"/>
            <w:r w:rsidRPr="006815FC">
              <w:rPr>
                <w:sz w:val="18"/>
                <w:lang w:val="ru-RU"/>
              </w:rPr>
              <w:t>виробу</w:t>
            </w:r>
            <w:proofErr w:type="spellEnd"/>
            <w:r w:rsidRPr="006815FC">
              <w:rPr>
                <w:sz w:val="18"/>
                <w:lang w:val="ru-RU"/>
              </w:rPr>
              <w:t xml:space="preserve"> без </w:t>
            </w:r>
            <w:proofErr w:type="spellStart"/>
            <w:r w:rsidRPr="006815FC">
              <w:rPr>
                <w:sz w:val="18"/>
                <w:lang w:val="ru-RU"/>
              </w:rPr>
              <w:t>палива</w:t>
            </w:r>
            <w:proofErr w:type="spellEnd"/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4BD0F5" w14:textId="77777777" w:rsidR="00413445" w:rsidRDefault="00000000">
            <w:pPr>
              <w:spacing w:after="0"/>
            </w:pPr>
            <w:proofErr w:type="spellStart"/>
            <w:r>
              <w:rPr>
                <w:sz w:val="18"/>
              </w:rPr>
              <w:t>прибл</w:t>
            </w:r>
            <w:proofErr w:type="spellEnd"/>
            <w:r>
              <w:rPr>
                <w:sz w:val="18"/>
              </w:rPr>
              <w:t>. 55 кг</w:t>
            </w:r>
          </w:p>
        </w:tc>
      </w:tr>
      <w:tr w:rsidR="00413445" w14:paraId="1C0B8774" w14:textId="77777777">
        <w:trPr>
          <w:cantSplit/>
          <w:jc w:val="center"/>
        </w:trPr>
        <w:tc>
          <w:tcPr>
            <w:tcW w:w="5046" w:type="dxa"/>
            <w:shd w:val="clear" w:color="auto" w:fill="F5F5F5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85B418" w14:textId="77777777" w:rsidR="00413445" w:rsidRDefault="00000000">
            <w:pPr>
              <w:spacing w:after="0"/>
            </w:pPr>
            <w:r>
              <w:rPr>
                <w:sz w:val="18"/>
              </w:rPr>
              <w:t>Гарантія</w:t>
            </w:r>
          </w:p>
        </w:tc>
        <w:tc>
          <w:tcPr>
            <w:tcW w:w="50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5AD0DD" w14:textId="77777777" w:rsidR="00413445" w:rsidRDefault="00000000">
            <w:pPr>
              <w:spacing w:after="0"/>
            </w:pPr>
            <w:r>
              <w:rPr>
                <w:sz w:val="18"/>
              </w:rPr>
              <w:t>12 місяців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413445" w:rsidRPr="006815FC" w14:paraId="2DC854FC" w14:textId="77777777">
        <w:trPr>
          <w:cantSplit/>
          <w:jc w:val="center"/>
        </w:trPr>
        <w:tc>
          <w:tcPr>
            <w:tcW w:w="10092" w:type="dxa"/>
            <w:shd w:val="clear" w:color="auto" w:fill="FFF2A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1582677" w14:textId="77777777" w:rsidR="00413445" w:rsidRPr="006815FC" w:rsidRDefault="00000000">
            <w:pPr>
              <w:spacing w:after="0"/>
              <w:rPr>
                <w:lang w:val="ru-RU"/>
              </w:rPr>
            </w:pPr>
            <w:r>
              <w:rPr>
                <w:b/>
              </w:rPr>
              <w:t xml:space="preserve">Примітка: </w:t>
            </w:r>
            <w:r>
              <w:t xml:space="preserve">фактична комплектація окремої поставки може відрізнятися додатковими опціями (автоматичний пістолет, інший лічильник, довший рукав, фільтр тонкого очищення тощо). </w:t>
            </w:r>
            <w:r w:rsidRPr="006815FC">
              <w:rPr>
                <w:lang w:val="ru-RU"/>
              </w:rPr>
              <w:t xml:space="preserve">У </w:t>
            </w:r>
            <w:proofErr w:type="spellStart"/>
            <w:r w:rsidRPr="006815FC">
              <w:rPr>
                <w:lang w:val="ru-RU"/>
              </w:rPr>
              <w:t>разі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розбіжності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пріоритет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має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фактична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комплектація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виробу</w:t>
            </w:r>
            <w:proofErr w:type="spellEnd"/>
            <w:r w:rsidRPr="006815FC">
              <w:rPr>
                <w:lang w:val="ru-RU"/>
              </w:rPr>
              <w:t xml:space="preserve"> та </w:t>
            </w:r>
            <w:proofErr w:type="spellStart"/>
            <w:r w:rsidRPr="006815FC">
              <w:rPr>
                <w:lang w:val="ru-RU"/>
              </w:rPr>
              <w:t>маркування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встановлених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компонентів</w:t>
            </w:r>
            <w:proofErr w:type="spellEnd"/>
            <w:r w:rsidRPr="006815FC">
              <w:rPr>
                <w:lang w:val="ru-RU"/>
              </w:rPr>
              <w:t>.</w:t>
            </w:r>
          </w:p>
        </w:tc>
      </w:tr>
    </w:tbl>
    <w:p w14:paraId="79711266" w14:textId="77777777" w:rsidR="00413445" w:rsidRPr="006815FC" w:rsidRDefault="00413445">
      <w:pPr>
        <w:spacing w:after="0"/>
        <w:rPr>
          <w:lang w:val="ru-RU"/>
        </w:rPr>
      </w:pPr>
    </w:p>
    <w:p w14:paraId="01DBCA02" w14:textId="77777777" w:rsidR="00413445" w:rsidRDefault="00000000">
      <w:pPr>
        <w:pStyle w:val="1"/>
      </w:pPr>
      <w:r>
        <w:t>4. Вимоги безпеки</w:t>
      </w:r>
    </w:p>
    <w:p w14:paraId="67E15CA8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Не </w:t>
      </w:r>
      <w:proofErr w:type="spellStart"/>
      <w:r w:rsidRPr="006815FC">
        <w:rPr>
          <w:lang w:val="ru-RU"/>
        </w:rPr>
        <w:t>використовувати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міні</w:t>
      </w:r>
      <w:proofErr w:type="spellEnd"/>
      <w:r w:rsidRPr="006815FC">
        <w:rPr>
          <w:lang w:val="ru-RU"/>
        </w:rPr>
        <w:t xml:space="preserve"> АЗС </w:t>
      </w:r>
      <w:proofErr w:type="gramStart"/>
      <w:r w:rsidRPr="006815FC">
        <w:rPr>
          <w:lang w:val="ru-RU"/>
        </w:rPr>
        <w:t>для бензину</w:t>
      </w:r>
      <w:proofErr w:type="gram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гасу</w:t>
      </w:r>
      <w:proofErr w:type="spellEnd"/>
      <w:r w:rsidRPr="006815FC">
        <w:rPr>
          <w:lang w:val="ru-RU"/>
        </w:rPr>
        <w:t xml:space="preserve">, води, </w:t>
      </w:r>
      <w:proofErr w:type="spellStart"/>
      <w:r w:rsidRPr="006815FC">
        <w:rPr>
          <w:lang w:val="ru-RU"/>
        </w:rPr>
        <w:t>спиртів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розчинників</w:t>
      </w:r>
      <w:proofErr w:type="spellEnd"/>
      <w:r w:rsidRPr="006815FC">
        <w:rPr>
          <w:lang w:val="ru-RU"/>
        </w:rPr>
        <w:t xml:space="preserve">, газу та </w:t>
      </w:r>
      <w:proofErr w:type="spellStart"/>
      <w:r w:rsidRPr="006815FC">
        <w:rPr>
          <w:lang w:val="ru-RU"/>
        </w:rPr>
        <w:t>інших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легкозаймистих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не </w:t>
      </w:r>
      <w:proofErr w:type="spellStart"/>
      <w:r w:rsidRPr="006815FC">
        <w:rPr>
          <w:lang w:val="ru-RU"/>
        </w:rPr>
        <w:t>передбачених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рідин</w:t>
      </w:r>
      <w:proofErr w:type="spellEnd"/>
      <w:r w:rsidRPr="006815FC">
        <w:rPr>
          <w:lang w:val="ru-RU"/>
        </w:rPr>
        <w:t>.</w:t>
      </w:r>
    </w:p>
    <w:p w14:paraId="4BAC8022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Не </w:t>
      </w:r>
      <w:proofErr w:type="spellStart"/>
      <w:r w:rsidRPr="006815FC">
        <w:rPr>
          <w:lang w:val="ru-RU"/>
        </w:rPr>
        <w:t>палити</w:t>
      </w:r>
      <w:proofErr w:type="spellEnd"/>
      <w:r w:rsidRPr="006815FC">
        <w:rPr>
          <w:lang w:val="ru-RU"/>
        </w:rPr>
        <w:t xml:space="preserve"> та не </w:t>
      </w:r>
      <w:proofErr w:type="spellStart"/>
      <w:r w:rsidRPr="006815FC">
        <w:rPr>
          <w:lang w:val="ru-RU"/>
        </w:rPr>
        <w:t>користуватися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відкритим</w:t>
      </w:r>
      <w:proofErr w:type="spellEnd"/>
      <w:r w:rsidRPr="006815FC">
        <w:rPr>
          <w:lang w:val="ru-RU"/>
        </w:rPr>
        <w:t xml:space="preserve"> вогнем, </w:t>
      </w:r>
      <w:proofErr w:type="spellStart"/>
      <w:r w:rsidRPr="006815FC">
        <w:rPr>
          <w:lang w:val="ru-RU"/>
        </w:rPr>
        <w:t>іскроутворювальним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інструментом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обладнанням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поблизу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місця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заправлення</w:t>
      </w:r>
      <w:proofErr w:type="spellEnd"/>
      <w:r w:rsidRPr="006815FC">
        <w:rPr>
          <w:lang w:val="ru-RU"/>
        </w:rPr>
        <w:t>.</w:t>
      </w:r>
    </w:p>
    <w:p w14:paraId="33BC86CC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Перед </w:t>
      </w:r>
      <w:proofErr w:type="spellStart"/>
      <w:r w:rsidRPr="006815FC">
        <w:rPr>
          <w:lang w:val="ru-RU"/>
        </w:rPr>
        <w:t>підключенням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перевірити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цілісність</w:t>
      </w:r>
      <w:proofErr w:type="spellEnd"/>
      <w:r w:rsidRPr="006815FC">
        <w:rPr>
          <w:lang w:val="ru-RU"/>
        </w:rPr>
        <w:t xml:space="preserve"> кабелю, </w:t>
      </w:r>
      <w:proofErr w:type="spellStart"/>
      <w:r w:rsidRPr="006815FC">
        <w:rPr>
          <w:lang w:val="ru-RU"/>
        </w:rPr>
        <w:t>затискачів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рукавів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різьбових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з’єднань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відсутність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витоків</w:t>
      </w:r>
      <w:proofErr w:type="spellEnd"/>
      <w:r w:rsidRPr="006815FC">
        <w:rPr>
          <w:lang w:val="ru-RU"/>
        </w:rPr>
        <w:t>.</w:t>
      </w:r>
    </w:p>
    <w:p w14:paraId="628C0FE8" w14:textId="77777777" w:rsidR="00413445" w:rsidRDefault="00000000">
      <w:pPr>
        <w:pStyle w:val="a0"/>
        <w:spacing w:after="40"/>
      </w:pPr>
      <w:proofErr w:type="spellStart"/>
      <w:r w:rsidRPr="006815FC">
        <w:rPr>
          <w:lang w:val="ru-RU"/>
        </w:rPr>
        <w:t>Живлення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здійснювати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</w:t>
      </w:r>
      <w:proofErr w:type="spellEnd"/>
      <w:r w:rsidRPr="006815FC">
        <w:rPr>
          <w:lang w:val="ru-RU"/>
        </w:rPr>
        <w:t xml:space="preserve"> справного </w:t>
      </w:r>
      <w:proofErr w:type="spellStart"/>
      <w:r w:rsidRPr="006815FC">
        <w:rPr>
          <w:lang w:val="ru-RU"/>
        </w:rPr>
        <w:t>джерела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постійного</w:t>
      </w:r>
      <w:proofErr w:type="spellEnd"/>
      <w:r w:rsidRPr="006815FC">
        <w:rPr>
          <w:lang w:val="ru-RU"/>
        </w:rPr>
        <w:t xml:space="preserve"> струму 12 В </w:t>
      </w:r>
      <w:proofErr w:type="spellStart"/>
      <w:r w:rsidRPr="006815FC">
        <w:rPr>
          <w:lang w:val="ru-RU"/>
        </w:rPr>
        <w:t>із</w:t>
      </w:r>
      <w:proofErr w:type="spellEnd"/>
      <w:r w:rsidRPr="006815FC">
        <w:rPr>
          <w:lang w:val="ru-RU"/>
        </w:rPr>
        <w:t xml:space="preserve"> правильною </w:t>
      </w:r>
      <w:proofErr w:type="spellStart"/>
      <w:r w:rsidRPr="006815FC">
        <w:rPr>
          <w:lang w:val="ru-RU"/>
        </w:rPr>
        <w:t>полярністю</w:t>
      </w:r>
      <w:proofErr w:type="spellEnd"/>
      <w:r w:rsidRPr="006815FC">
        <w:rPr>
          <w:lang w:val="ru-RU"/>
        </w:rP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допускати</w:t>
      </w:r>
      <w:proofErr w:type="spellEnd"/>
      <w:r>
        <w:t xml:space="preserve"> </w:t>
      </w:r>
      <w:proofErr w:type="spellStart"/>
      <w:r>
        <w:t>короткого</w:t>
      </w:r>
      <w:proofErr w:type="spellEnd"/>
      <w:r>
        <w:t xml:space="preserve"> </w:t>
      </w:r>
      <w:proofErr w:type="spellStart"/>
      <w:r>
        <w:t>замикання</w:t>
      </w:r>
      <w:proofErr w:type="spellEnd"/>
      <w:r>
        <w:t xml:space="preserve"> затискачів.</w:t>
      </w:r>
    </w:p>
    <w:p w14:paraId="324B2248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Не </w:t>
      </w:r>
      <w:proofErr w:type="spellStart"/>
      <w:r w:rsidRPr="006815FC">
        <w:rPr>
          <w:lang w:val="ru-RU"/>
        </w:rPr>
        <w:t>залишати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увімкнений</w:t>
      </w:r>
      <w:proofErr w:type="spellEnd"/>
      <w:r w:rsidRPr="006815FC">
        <w:rPr>
          <w:lang w:val="ru-RU"/>
        </w:rPr>
        <w:t xml:space="preserve"> насос без </w:t>
      </w:r>
      <w:proofErr w:type="spellStart"/>
      <w:r w:rsidRPr="006815FC">
        <w:rPr>
          <w:lang w:val="ru-RU"/>
        </w:rPr>
        <w:t>нагляду</w:t>
      </w:r>
      <w:proofErr w:type="spellEnd"/>
      <w:r w:rsidRPr="006815FC">
        <w:rPr>
          <w:lang w:val="ru-RU"/>
        </w:rPr>
        <w:t xml:space="preserve">. Не </w:t>
      </w:r>
      <w:proofErr w:type="spellStart"/>
      <w:r w:rsidRPr="006815FC">
        <w:rPr>
          <w:lang w:val="ru-RU"/>
        </w:rPr>
        <w:t>перевищувати</w:t>
      </w:r>
      <w:proofErr w:type="spellEnd"/>
      <w:r w:rsidRPr="006815FC">
        <w:rPr>
          <w:lang w:val="ru-RU"/>
        </w:rPr>
        <w:t xml:space="preserve"> 30 </w:t>
      </w:r>
      <w:proofErr w:type="spellStart"/>
      <w:r w:rsidRPr="006815FC">
        <w:rPr>
          <w:lang w:val="ru-RU"/>
        </w:rPr>
        <w:t>хв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безперервної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роботи</w:t>
      </w:r>
      <w:proofErr w:type="spellEnd"/>
      <w:r w:rsidRPr="006815FC">
        <w:rPr>
          <w:lang w:val="ru-RU"/>
        </w:rPr>
        <w:t xml:space="preserve">; </w:t>
      </w: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цього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дати</w:t>
      </w:r>
      <w:proofErr w:type="spellEnd"/>
      <w:r w:rsidRPr="006815FC">
        <w:rPr>
          <w:lang w:val="ru-RU"/>
        </w:rPr>
        <w:t xml:space="preserve"> насосу </w:t>
      </w:r>
      <w:proofErr w:type="spellStart"/>
      <w:r w:rsidRPr="006815FC">
        <w:rPr>
          <w:lang w:val="ru-RU"/>
        </w:rPr>
        <w:t>охолонути</w:t>
      </w:r>
      <w:proofErr w:type="spellEnd"/>
      <w:r w:rsidRPr="006815FC">
        <w:rPr>
          <w:lang w:val="ru-RU"/>
        </w:rPr>
        <w:t>.</w:t>
      </w:r>
    </w:p>
    <w:p w14:paraId="076EE652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Не </w:t>
      </w:r>
      <w:proofErr w:type="spellStart"/>
      <w:r w:rsidRPr="006815FC">
        <w:rPr>
          <w:lang w:val="ru-RU"/>
        </w:rPr>
        <w:t>перекривати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потік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тривалий</w:t>
      </w:r>
      <w:proofErr w:type="spellEnd"/>
      <w:r w:rsidRPr="006815FC">
        <w:rPr>
          <w:lang w:val="ru-RU"/>
        </w:rPr>
        <w:t xml:space="preserve"> час при </w:t>
      </w:r>
      <w:proofErr w:type="spellStart"/>
      <w:r w:rsidRPr="006815FC">
        <w:rPr>
          <w:lang w:val="ru-RU"/>
        </w:rPr>
        <w:t>працюючому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насосі</w:t>
      </w:r>
      <w:proofErr w:type="spellEnd"/>
      <w:r w:rsidRPr="006815FC">
        <w:rPr>
          <w:lang w:val="ru-RU"/>
        </w:rPr>
        <w:t xml:space="preserve">. </w:t>
      </w:r>
      <w:proofErr w:type="spellStart"/>
      <w:r w:rsidRPr="006815FC">
        <w:rPr>
          <w:lang w:val="ru-RU"/>
        </w:rPr>
        <w:t>Вбудований</w:t>
      </w:r>
      <w:proofErr w:type="spellEnd"/>
      <w:r w:rsidRPr="006815FC">
        <w:rPr>
          <w:lang w:val="ru-RU"/>
        </w:rPr>
        <w:t xml:space="preserve"> </w:t>
      </w:r>
      <w:r>
        <w:t>bypass</w:t>
      </w:r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призначений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лише</w:t>
      </w:r>
      <w:proofErr w:type="spellEnd"/>
      <w:r w:rsidRPr="006815FC">
        <w:rPr>
          <w:lang w:val="ru-RU"/>
        </w:rPr>
        <w:t xml:space="preserve"> для </w:t>
      </w:r>
      <w:proofErr w:type="spellStart"/>
      <w:r w:rsidRPr="006815FC">
        <w:rPr>
          <w:lang w:val="ru-RU"/>
        </w:rPr>
        <w:t>короткочасного</w:t>
      </w:r>
      <w:proofErr w:type="spellEnd"/>
      <w:r w:rsidRPr="006815FC">
        <w:rPr>
          <w:lang w:val="ru-RU"/>
        </w:rPr>
        <w:t xml:space="preserve"> режиму.</w:t>
      </w:r>
    </w:p>
    <w:p w14:paraId="44869A2D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Не </w:t>
      </w:r>
      <w:proofErr w:type="spellStart"/>
      <w:r w:rsidRPr="006815FC">
        <w:rPr>
          <w:lang w:val="ru-RU"/>
        </w:rPr>
        <w:t>експлуатувати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обладнання</w:t>
      </w:r>
      <w:proofErr w:type="spellEnd"/>
      <w:r w:rsidRPr="006815FC">
        <w:rPr>
          <w:lang w:val="ru-RU"/>
        </w:rPr>
        <w:t xml:space="preserve"> при </w:t>
      </w:r>
      <w:proofErr w:type="spellStart"/>
      <w:r w:rsidRPr="006815FC">
        <w:rPr>
          <w:lang w:val="ru-RU"/>
        </w:rPr>
        <w:t>витоку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пошкодженні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ізоляції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надмірному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шумі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перегріванні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заклинюванні</w:t>
      </w:r>
      <w:proofErr w:type="spellEnd"/>
      <w:r w:rsidRPr="006815FC">
        <w:rPr>
          <w:lang w:val="ru-RU"/>
        </w:rPr>
        <w:t xml:space="preserve"> насоса.</w:t>
      </w:r>
    </w:p>
    <w:p w14:paraId="7AD587A3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У </w:t>
      </w:r>
      <w:proofErr w:type="spellStart"/>
      <w:r w:rsidRPr="006815FC">
        <w:rPr>
          <w:lang w:val="ru-RU"/>
        </w:rPr>
        <w:t>разі</w:t>
      </w:r>
      <w:proofErr w:type="spellEnd"/>
      <w:r w:rsidRPr="006815FC">
        <w:rPr>
          <w:lang w:val="ru-RU"/>
        </w:rPr>
        <w:t xml:space="preserve"> розливу </w:t>
      </w:r>
      <w:proofErr w:type="spellStart"/>
      <w:r w:rsidRPr="006815FC">
        <w:rPr>
          <w:lang w:val="ru-RU"/>
        </w:rPr>
        <w:t>негайно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вимкнути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живлення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усунути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джерело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витоку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зібрати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відповідним</w:t>
      </w:r>
      <w:proofErr w:type="spellEnd"/>
      <w:r w:rsidRPr="006815FC">
        <w:rPr>
          <w:lang w:val="ru-RU"/>
        </w:rPr>
        <w:t xml:space="preserve"> сорбентом.</w:t>
      </w:r>
    </w:p>
    <w:p w14:paraId="6CC16981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Резервуар </w:t>
      </w:r>
      <w:proofErr w:type="spellStart"/>
      <w:r w:rsidRPr="006815FC">
        <w:rPr>
          <w:lang w:val="ru-RU"/>
        </w:rPr>
        <w:t>встановлювати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рівну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стійку</w:t>
      </w:r>
      <w:proofErr w:type="spellEnd"/>
      <w:r w:rsidRPr="006815FC">
        <w:rPr>
          <w:lang w:val="ru-RU"/>
        </w:rPr>
        <w:t xml:space="preserve"> основу, </w:t>
      </w:r>
      <w:proofErr w:type="spellStart"/>
      <w:r w:rsidRPr="006815FC">
        <w:rPr>
          <w:lang w:val="ru-RU"/>
        </w:rPr>
        <w:t>захищену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механічних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пошкоджень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неконтрольованого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переміщення</w:t>
      </w:r>
      <w:proofErr w:type="spellEnd"/>
      <w:r w:rsidRPr="006815FC">
        <w:rPr>
          <w:lang w:val="ru-RU"/>
        </w:rPr>
        <w:t>.</w:t>
      </w:r>
    </w:p>
    <w:p w14:paraId="52F96C47" w14:textId="77777777" w:rsidR="00413445" w:rsidRDefault="00000000">
      <w:pPr>
        <w:pStyle w:val="1"/>
      </w:pPr>
      <w:r>
        <w:t>5. Підготовка до роботи та монтаж</w:t>
      </w:r>
    </w:p>
    <w:p w14:paraId="45BBC7B8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Розмістіть</w:t>
      </w:r>
      <w:proofErr w:type="spellEnd"/>
      <w:r w:rsidRPr="006815FC">
        <w:rPr>
          <w:lang w:val="ru-RU"/>
        </w:rPr>
        <w:t xml:space="preserve"> резервуар на </w:t>
      </w:r>
      <w:proofErr w:type="spellStart"/>
      <w:r w:rsidRPr="006815FC">
        <w:rPr>
          <w:lang w:val="ru-RU"/>
        </w:rPr>
        <w:t>горизонтальній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твердій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основі</w:t>
      </w:r>
      <w:proofErr w:type="spellEnd"/>
      <w:r w:rsidRPr="006815FC">
        <w:rPr>
          <w:lang w:val="ru-RU"/>
        </w:rPr>
        <w:t xml:space="preserve">. </w:t>
      </w:r>
      <w:proofErr w:type="spellStart"/>
      <w:r w:rsidRPr="006815FC">
        <w:rPr>
          <w:lang w:val="ru-RU"/>
        </w:rPr>
        <w:t>Переконайтеся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</w:t>
      </w:r>
      <w:proofErr w:type="spellEnd"/>
      <w:r w:rsidRPr="006815FC">
        <w:rPr>
          <w:lang w:val="ru-RU"/>
        </w:rPr>
        <w:t xml:space="preserve"> є доступ до </w:t>
      </w:r>
      <w:proofErr w:type="spellStart"/>
      <w:r w:rsidRPr="006815FC">
        <w:rPr>
          <w:lang w:val="ru-RU"/>
        </w:rPr>
        <w:t>заливної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горловини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запірного</w:t>
      </w:r>
      <w:proofErr w:type="spellEnd"/>
      <w:r w:rsidRPr="006815FC">
        <w:rPr>
          <w:lang w:val="ru-RU"/>
        </w:rPr>
        <w:t xml:space="preserve"> крана та колонки.</w:t>
      </w:r>
    </w:p>
    <w:p w14:paraId="4FE9B536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Перевірте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кріплення</w:t>
      </w:r>
      <w:proofErr w:type="spellEnd"/>
      <w:r w:rsidRPr="006815FC">
        <w:rPr>
          <w:lang w:val="ru-RU"/>
        </w:rPr>
        <w:t xml:space="preserve"> колонки до </w:t>
      </w:r>
      <w:proofErr w:type="spellStart"/>
      <w:r w:rsidRPr="006815FC">
        <w:rPr>
          <w:lang w:val="ru-RU"/>
        </w:rPr>
        <w:t>панелі</w:t>
      </w:r>
      <w:proofErr w:type="spellEnd"/>
      <w:r w:rsidRPr="006815FC">
        <w:rPr>
          <w:lang w:val="ru-RU"/>
        </w:rPr>
        <w:t xml:space="preserve">/резервуара, </w:t>
      </w:r>
      <w:proofErr w:type="spellStart"/>
      <w:r w:rsidRPr="006815FC">
        <w:rPr>
          <w:lang w:val="ru-RU"/>
        </w:rPr>
        <w:t>герметичність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всмоктувальної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напірної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магістралей</w:t>
      </w:r>
      <w:proofErr w:type="spellEnd"/>
      <w:r w:rsidRPr="006815FC">
        <w:rPr>
          <w:lang w:val="ru-RU"/>
        </w:rPr>
        <w:t>.</w:t>
      </w:r>
    </w:p>
    <w:p w14:paraId="53D9AA83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Переконайтеся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запірний</w:t>
      </w:r>
      <w:proofErr w:type="spellEnd"/>
      <w:r w:rsidRPr="006815FC">
        <w:rPr>
          <w:lang w:val="ru-RU"/>
        </w:rPr>
        <w:t xml:space="preserve"> кран на </w:t>
      </w:r>
      <w:proofErr w:type="spellStart"/>
      <w:r w:rsidRPr="006815FC">
        <w:rPr>
          <w:lang w:val="ru-RU"/>
        </w:rPr>
        <w:t>виході</w:t>
      </w:r>
      <w:proofErr w:type="spellEnd"/>
      <w:r w:rsidRPr="006815FC">
        <w:rPr>
          <w:lang w:val="ru-RU"/>
        </w:rPr>
        <w:t xml:space="preserve"> з резервуара </w:t>
      </w:r>
      <w:proofErr w:type="spellStart"/>
      <w:r w:rsidRPr="006815FC">
        <w:rPr>
          <w:lang w:val="ru-RU"/>
        </w:rPr>
        <w:t>відкритий</w:t>
      </w:r>
      <w:proofErr w:type="spellEnd"/>
      <w:r w:rsidRPr="006815FC">
        <w:rPr>
          <w:lang w:val="ru-RU"/>
        </w:rPr>
        <w:t xml:space="preserve">, а у </w:t>
      </w:r>
      <w:proofErr w:type="spellStart"/>
      <w:r w:rsidRPr="006815FC">
        <w:rPr>
          <w:lang w:val="ru-RU"/>
        </w:rPr>
        <w:t>всмоктувальній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лінії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немає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перегинів</w:t>
      </w:r>
      <w:proofErr w:type="spellEnd"/>
      <w:r w:rsidRPr="006815FC">
        <w:rPr>
          <w:lang w:val="ru-RU"/>
        </w:rPr>
        <w:t xml:space="preserve"> і </w:t>
      </w:r>
      <w:proofErr w:type="spellStart"/>
      <w:r w:rsidRPr="006815FC">
        <w:rPr>
          <w:lang w:val="ru-RU"/>
        </w:rPr>
        <w:t>підсмоктування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повітря</w:t>
      </w:r>
      <w:proofErr w:type="spellEnd"/>
      <w:r w:rsidRPr="006815FC">
        <w:rPr>
          <w:lang w:val="ru-RU"/>
        </w:rPr>
        <w:t>.</w:t>
      </w:r>
    </w:p>
    <w:p w14:paraId="606F51E2" w14:textId="77777777" w:rsidR="00413445" w:rsidRDefault="00000000">
      <w:pPr>
        <w:pStyle w:val="a"/>
        <w:spacing w:after="40"/>
      </w:pPr>
      <w:proofErr w:type="spellStart"/>
      <w:r w:rsidRPr="006815FC">
        <w:rPr>
          <w:lang w:val="ru-RU"/>
        </w:rPr>
        <w:t>Перевірте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наявність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достатньої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кількості</w:t>
      </w:r>
      <w:proofErr w:type="spellEnd"/>
      <w:r w:rsidRPr="006815FC">
        <w:rPr>
          <w:lang w:val="ru-RU"/>
        </w:rPr>
        <w:t xml:space="preserve"> дизельного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 в </w:t>
      </w:r>
      <w:proofErr w:type="spellStart"/>
      <w:r w:rsidRPr="006815FC">
        <w:rPr>
          <w:lang w:val="ru-RU"/>
        </w:rPr>
        <w:t>резервуарі</w:t>
      </w:r>
      <w:proofErr w:type="spellEnd"/>
      <w:r w:rsidRPr="006815FC">
        <w:rPr>
          <w:lang w:val="ru-RU"/>
        </w:rP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допускайте</w:t>
      </w:r>
      <w:proofErr w:type="spellEnd"/>
      <w:r>
        <w:t xml:space="preserve"> </w:t>
      </w:r>
      <w:proofErr w:type="spellStart"/>
      <w:r>
        <w:t>тривалої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насоса «насухо».</w:t>
      </w:r>
    </w:p>
    <w:p w14:paraId="29A53354" w14:textId="77777777" w:rsidR="00413445" w:rsidRDefault="00000000">
      <w:pPr>
        <w:pStyle w:val="a"/>
        <w:spacing w:after="40"/>
      </w:pPr>
      <w:proofErr w:type="spellStart"/>
      <w:r w:rsidRPr="006815FC">
        <w:rPr>
          <w:lang w:val="ru-RU"/>
        </w:rPr>
        <w:t>Підключіть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червоний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затискач</w:t>
      </w:r>
      <w:proofErr w:type="spellEnd"/>
      <w:r w:rsidRPr="006815FC">
        <w:rPr>
          <w:lang w:val="ru-RU"/>
        </w:rPr>
        <w:t xml:space="preserve"> до «+» </w:t>
      </w:r>
      <w:proofErr w:type="spellStart"/>
      <w:r w:rsidRPr="006815FC">
        <w:rPr>
          <w:lang w:val="ru-RU"/>
        </w:rPr>
        <w:t>джерела</w:t>
      </w:r>
      <w:proofErr w:type="spellEnd"/>
      <w:r w:rsidRPr="006815FC">
        <w:rPr>
          <w:lang w:val="ru-RU"/>
        </w:rPr>
        <w:t xml:space="preserve"> 12 В, </w:t>
      </w:r>
      <w:proofErr w:type="spellStart"/>
      <w:r w:rsidRPr="006815FC">
        <w:rPr>
          <w:lang w:val="ru-RU"/>
        </w:rPr>
        <w:t>чорний</w:t>
      </w:r>
      <w:proofErr w:type="spellEnd"/>
      <w:r w:rsidRPr="006815FC">
        <w:rPr>
          <w:lang w:val="ru-RU"/>
        </w:rPr>
        <w:t xml:space="preserve"> - до «-». </w:t>
      </w:r>
      <w:proofErr w:type="spellStart"/>
      <w:r>
        <w:t>Затискачі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надійний</w:t>
      </w:r>
      <w:proofErr w:type="spellEnd"/>
      <w:r>
        <w:t xml:space="preserve"> контакт.</w:t>
      </w:r>
    </w:p>
    <w:p w14:paraId="41AEEA64" w14:textId="77777777" w:rsidR="00413445" w:rsidRPr="006815FC" w:rsidRDefault="00000000">
      <w:pPr>
        <w:pStyle w:val="a"/>
        <w:spacing w:after="40"/>
        <w:rPr>
          <w:lang w:val="ru-RU"/>
        </w:rPr>
      </w:pPr>
      <w:r w:rsidRPr="006815FC">
        <w:rPr>
          <w:lang w:val="ru-RU"/>
        </w:rPr>
        <w:t xml:space="preserve">Перед </w:t>
      </w:r>
      <w:proofErr w:type="spellStart"/>
      <w:r w:rsidRPr="006815FC">
        <w:rPr>
          <w:lang w:val="ru-RU"/>
        </w:rPr>
        <w:t>першою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видачею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розбирання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магістралі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виконайте</w:t>
      </w:r>
      <w:proofErr w:type="spellEnd"/>
      <w:r w:rsidRPr="006815FC">
        <w:rPr>
          <w:lang w:val="ru-RU"/>
        </w:rPr>
        <w:t xml:space="preserve"> короткий </w:t>
      </w:r>
      <w:proofErr w:type="spellStart"/>
      <w:r w:rsidRPr="006815FC">
        <w:rPr>
          <w:lang w:val="ru-RU"/>
        </w:rPr>
        <w:t>пробний</w:t>
      </w:r>
      <w:proofErr w:type="spellEnd"/>
      <w:r w:rsidRPr="006815FC">
        <w:rPr>
          <w:lang w:val="ru-RU"/>
        </w:rPr>
        <w:t xml:space="preserve"> пуск і </w:t>
      </w:r>
      <w:proofErr w:type="spellStart"/>
      <w:r w:rsidRPr="006815FC">
        <w:rPr>
          <w:lang w:val="ru-RU"/>
        </w:rPr>
        <w:t>перевірте</w:t>
      </w:r>
      <w:proofErr w:type="spellEnd"/>
      <w:r w:rsidRPr="006815FC">
        <w:rPr>
          <w:lang w:val="ru-RU"/>
        </w:rPr>
        <w:t xml:space="preserve"> систему на </w:t>
      </w:r>
      <w:proofErr w:type="spellStart"/>
      <w:r w:rsidRPr="006815FC">
        <w:rPr>
          <w:lang w:val="ru-RU"/>
        </w:rPr>
        <w:t>герметичність</w:t>
      </w:r>
      <w:proofErr w:type="spellEnd"/>
      <w:r w:rsidRPr="006815FC">
        <w:rPr>
          <w:lang w:val="ru-RU"/>
        </w:rPr>
        <w:t>.</w:t>
      </w:r>
    </w:p>
    <w:p w14:paraId="6E62E61A" w14:textId="77777777" w:rsidR="00413445" w:rsidRDefault="00000000">
      <w:pPr>
        <w:pStyle w:val="1"/>
      </w:pPr>
      <w:r>
        <w:t>6. Порядок роботи</w:t>
      </w:r>
    </w:p>
    <w:p w14:paraId="6322633D" w14:textId="77777777" w:rsidR="00413445" w:rsidRDefault="00000000">
      <w:pPr>
        <w:pStyle w:val="a"/>
        <w:spacing w:after="40"/>
      </w:pPr>
      <w:proofErr w:type="spellStart"/>
      <w:r w:rsidRPr="006815FC">
        <w:rPr>
          <w:lang w:val="ru-RU"/>
        </w:rPr>
        <w:t>Обнуліть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разовий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покажчик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механічного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 xml:space="preserve"> (</w:t>
      </w:r>
      <w:proofErr w:type="spellStart"/>
      <w:r w:rsidRPr="006815FC">
        <w:rPr>
          <w:lang w:val="ru-RU"/>
        </w:rPr>
        <w:t>якщо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потрібно</w:t>
      </w:r>
      <w:proofErr w:type="spellEnd"/>
      <w:r w:rsidRPr="006815FC">
        <w:rPr>
          <w:lang w:val="ru-RU"/>
        </w:rPr>
        <w:t xml:space="preserve">). </w:t>
      </w:r>
      <w:proofErr w:type="spellStart"/>
      <w:r>
        <w:t>Загальний</w:t>
      </w:r>
      <w:proofErr w:type="spellEnd"/>
      <w:r>
        <w:t xml:space="preserve"> </w:t>
      </w:r>
      <w:proofErr w:type="spellStart"/>
      <w:r>
        <w:t>накопичувальний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обнуляється.</w:t>
      </w:r>
    </w:p>
    <w:p w14:paraId="3945F54D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Вставте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пістолет</w:t>
      </w:r>
      <w:proofErr w:type="spellEnd"/>
      <w:r w:rsidRPr="006815FC">
        <w:rPr>
          <w:lang w:val="ru-RU"/>
        </w:rPr>
        <w:t xml:space="preserve"> у горловину </w:t>
      </w:r>
      <w:proofErr w:type="spellStart"/>
      <w:r w:rsidRPr="006815FC">
        <w:rPr>
          <w:lang w:val="ru-RU"/>
        </w:rPr>
        <w:t>паливного</w:t>
      </w:r>
      <w:proofErr w:type="spellEnd"/>
      <w:r w:rsidRPr="006815FC">
        <w:rPr>
          <w:lang w:val="ru-RU"/>
        </w:rPr>
        <w:t xml:space="preserve"> бака </w:t>
      </w:r>
      <w:proofErr w:type="spellStart"/>
      <w:r w:rsidRPr="006815FC">
        <w:rPr>
          <w:lang w:val="ru-RU"/>
        </w:rPr>
        <w:t>техніки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приймальної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ємності</w:t>
      </w:r>
      <w:proofErr w:type="spellEnd"/>
      <w:r w:rsidRPr="006815FC">
        <w:rPr>
          <w:lang w:val="ru-RU"/>
        </w:rPr>
        <w:t>.</w:t>
      </w:r>
    </w:p>
    <w:p w14:paraId="4BE05227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Увімкніть</w:t>
      </w:r>
      <w:proofErr w:type="spellEnd"/>
      <w:r w:rsidRPr="006815FC">
        <w:rPr>
          <w:lang w:val="ru-RU"/>
        </w:rPr>
        <w:t xml:space="preserve"> насос </w:t>
      </w:r>
      <w:proofErr w:type="spellStart"/>
      <w:r w:rsidRPr="006815FC">
        <w:rPr>
          <w:lang w:val="ru-RU"/>
        </w:rPr>
        <w:t>вимикачем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колонці</w:t>
      </w:r>
      <w:proofErr w:type="spellEnd"/>
      <w:r w:rsidRPr="006815FC">
        <w:rPr>
          <w:lang w:val="ru-RU"/>
        </w:rPr>
        <w:t>.</w:t>
      </w:r>
    </w:p>
    <w:p w14:paraId="77BC916F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lastRenderedPageBreak/>
        <w:t>Відкрийте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пістолет</w:t>
      </w:r>
      <w:proofErr w:type="spellEnd"/>
      <w:r w:rsidRPr="006815FC">
        <w:rPr>
          <w:lang w:val="ru-RU"/>
        </w:rPr>
        <w:t xml:space="preserve"> і </w:t>
      </w:r>
      <w:proofErr w:type="spellStart"/>
      <w:r w:rsidRPr="006815FC">
        <w:rPr>
          <w:lang w:val="ru-RU"/>
        </w:rPr>
        <w:t>контролюйте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процес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заправлення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показники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>.</w:t>
      </w:r>
    </w:p>
    <w:p w14:paraId="1824456A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досягнення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потрібного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об’єму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відпустіть</w:t>
      </w:r>
      <w:proofErr w:type="spellEnd"/>
      <w:r w:rsidRPr="006815FC">
        <w:rPr>
          <w:lang w:val="ru-RU"/>
        </w:rPr>
        <w:t>/</w:t>
      </w:r>
      <w:proofErr w:type="spellStart"/>
      <w:r w:rsidRPr="006815FC">
        <w:rPr>
          <w:lang w:val="ru-RU"/>
        </w:rPr>
        <w:t>закрийте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пістолет</w:t>
      </w:r>
      <w:proofErr w:type="spellEnd"/>
      <w:r w:rsidRPr="006815FC">
        <w:rPr>
          <w:lang w:val="ru-RU"/>
        </w:rPr>
        <w:t>.</w:t>
      </w:r>
    </w:p>
    <w:p w14:paraId="4287B12D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Вимкніть</w:t>
      </w:r>
      <w:proofErr w:type="spellEnd"/>
      <w:r w:rsidRPr="006815FC">
        <w:rPr>
          <w:lang w:val="ru-RU"/>
        </w:rPr>
        <w:t xml:space="preserve"> насос. </w:t>
      </w: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зупинки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поверніть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пістолет</w:t>
      </w:r>
      <w:proofErr w:type="spellEnd"/>
      <w:r w:rsidRPr="006815FC">
        <w:rPr>
          <w:lang w:val="ru-RU"/>
        </w:rPr>
        <w:t xml:space="preserve"> у </w:t>
      </w:r>
      <w:proofErr w:type="spellStart"/>
      <w:r w:rsidRPr="006815FC">
        <w:rPr>
          <w:lang w:val="ru-RU"/>
        </w:rPr>
        <w:t>тримач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уникаючи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проливання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залишків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413445" w:rsidRPr="006815FC" w14:paraId="500AF5DD" w14:textId="77777777">
        <w:trPr>
          <w:cantSplit/>
          <w:jc w:val="center"/>
        </w:trPr>
        <w:tc>
          <w:tcPr>
            <w:tcW w:w="10092" w:type="dxa"/>
            <w:shd w:val="clear" w:color="auto" w:fill="F2D500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AA4D1A1" w14:textId="77777777" w:rsidR="00413445" w:rsidRPr="006815FC" w:rsidRDefault="00000000">
            <w:pPr>
              <w:spacing w:after="0"/>
              <w:rPr>
                <w:lang w:val="ru-RU"/>
              </w:rPr>
            </w:pPr>
            <w:r w:rsidRPr="006815FC">
              <w:rPr>
                <w:b/>
                <w:lang w:val="ru-RU"/>
              </w:rPr>
              <w:t xml:space="preserve">УВАГА: </w:t>
            </w:r>
            <w:proofErr w:type="spellStart"/>
            <w:r w:rsidRPr="006815FC">
              <w:rPr>
                <w:lang w:val="ru-RU"/>
              </w:rPr>
              <w:t>механічний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лічильник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коректно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працює</w:t>
            </w:r>
            <w:proofErr w:type="spellEnd"/>
            <w:r w:rsidRPr="006815FC">
              <w:rPr>
                <w:lang w:val="ru-RU"/>
              </w:rPr>
              <w:t xml:space="preserve"> в </w:t>
            </w:r>
            <w:proofErr w:type="spellStart"/>
            <w:r w:rsidRPr="006815FC">
              <w:rPr>
                <w:lang w:val="ru-RU"/>
              </w:rPr>
              <w:t>робочому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діапазоні</w:t>
            </w:r>
            <w:proofErr w:type="spellEnd"/>
            <w:r w:rsidRPr="006815FC">
              <w:rPr>
                <w:lang w:val="ru-RU"/>
              </w:rPr>
              <w:t xml:space="preserve"> потоку. За </w:t>
            </w:r>
            <w:proofErr w:type="spellStart"/>
            <w:r w:rsidRPr="006815FC">
              <w:rPr>
                <w:lang w:val="ru-RU"/>
              </w:rPr>
              <w:t>надто</w:t>
            </w:r>
            <w:proofErr w:type="spellEnd"/>
            <w:r w:rsidRPr="006815FC">
              <w:rPr>
                <w:lang w:val="ru-RU"/>
              </w:rPr>
              <w:t xml:space="preserve"> малого потоку (</w:t>
            </w:r>
            <w:proofErr w:type="spellStart"/>
            <w:r w:rsidRPr="006815FC">
              <w:rPr>
                <w:lang w:val="ru-RU"/>
              </w:rPr>
              <w:t>нижче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орієнтовно</w:t>
            </w:r>
            <w:proofErr w:type="spellEnd"/>
            <w:r w:rsidRPr="006815FC">
              <w:rPr>
                <w:lang w:val="ru-RU"/>
              </w:rPr>
              <w:t xml:space="preserve"> 20 л/</w:t>
            </w:r>
            <w:proofErr w:type="spellStart"/>
            <w:r w:rsidRPr="006815FC">
              <w:rPr>
                <w:lang w:val="ru-RU"/>
              </w:rPr>
              <w:t>хв</w:t>
            </w:r>
            <w:proofErr w:type="spellEnd"/>
            <w:r w:rsidRPr="006815FC">
              <w:rPr>
                <w:lang w:val="ru-RU"/>
              </w:rPr>
              <w:t xml:space="preserve">) </w:t>
            </w:r>
            <w:proofErr w:type="spellStart"/>
            <w:r w:rsidRPr="006815FC">
              <w:rPr>
                <w:lang w:val="ru-RU"/>
              </w:rPr>
              <w:t>точність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обліку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може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погіршуватися</w:t>
            </w:r>
            <w:proofErr w:type="spellEnd"/>
            <w:r w:rsidRPr="006815FC">
              <w:rPr>
                <w:lang w:val="ru-RU"/>
              </w:rPr>
              <w:t>.</w:t>
            </w:r>
          </w:p>
        </w:tc>
      </w:tr>
    </w:tbl>
    <w:p w14:paraId="4F86FA19" w14:textId="77777777" w:rsidR="00413445" w:rsidRPr="006815FC" w:rsidRDefault="00413445">
      <w:pPr>
        <w:spacing w:after="0"/>
        <w:rPr>
          <w:lang w:val="ru-RU"/>
        </w:rPr>
      </w:pPr>
    </w:p>
    <w:p w14:paraId="0835709F" w14:textId="77777777" w:rsidR="00413445" w:rsidRPr="006815FC" w:rsidRDefault="00000000">
      <w:pPr>
        <w:pStyle w:val="1"/>
        <w:rPr>
          <w:lang w:val="ru-RU"/>
        </w:rPr>
      </w:pPr>
      <w:r w:rsidRPr="006815FC">
        <w:rPr>
          <w:lang w:val="ru-RU"/>
        </w:rPr>
        <w:t xml:space="preserve">7. </w:t>
      </w:r>
      <w:proofErr w:type="spellStart"/>
      <w:r w:rsidRPr="006815FC">
        <w:rPr>
          <w:lang w:val="ru-RU"/>
        </w:rPr>
        <w:t>Механічний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</w:t>
      </w:r>
      <w:proofErr w:type="spellEnd"/>
      <w:r w:rsidRPr="006815FC">
        <w:rPr>
          <w:lang w:val="ru-RU"/>
        </w:rPr>
        <w:t xml:space="preserve">: </w:t>
      </w:r>
      <w:proofErr w:type="spellStart"/>
      <w:r w:rsidRPr="006815FC">
        <w:rPr>
          <w:lang w:val="ru-RU"/>
        </w:rPr>
        <w:t>показники</w:t>
      </w:r>
      <w:proofErr w:type="spellEnd"/>
      <w:r w:rsidRPr="006815FC">
        <w:rPr>
          <w:lang w:val="ru-RU"/>
        </w:rPr>
        <w:t xml:space="preserve"> та принцип </w:t>
      </w:r>
      <w:proofErr w:type="spellStart"/>
      <w:r w:rsidRPr="006815FC">
        <w:rPr>
          <w:lang w:val="ru-RU"/>
        </w:rPr>
        <w:t>роботи</w:t>
      </w:r>
      <w:proofErr w:type="spellEnd"/>
    </w:p>
    <w:p w14:paraId="052E2795" w14:textId="77777777" w:rsidR="00413445" w:rsidRPr="006815FC" w:rsidRDefault="00000000">
      <w:pPr>
        <w:rPr>
          <w:lang w:val="ru-RU"/>
        </w:rPr>
      </w:pPr>
      <w:proofErr w:type="spellStart"/>
      <w:r w:rsidRPr="006815FC">
        <w:rPr>
          <w:lang w:val="ru-RU"/>
        </w:rPr>
        <w:t>Лічильник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вимірює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об’єм</w:t>
      </w:r>
      <w:proofErr w:type="spellEnd"/>
      <w:r w:rsidRPr="006815FC">
        <w:rPr>
          <w:lang w:val="ru-RU"/>
        </w:rPr>
        <w:t xml:space="preserve"> дизельного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</w:t>
      </w:r>
      <w:proofErr w:type="spellEnd"/>
      <w:r w:rsidRPr="006815FC">
        <w:rPr>
          <w:lang w:val="ru-RU"/>
        </w:rPr>
        <w:t xml:space="preserve"> проходить через </w:t>
      </w:r>
      <w:proofErr w:type="spellStart"/>
      <w:r w:rsidRPr="006815FC">
        <w:rPr>
          <w:lang w:val="ru-RU"/>
        </w:rPr>
        <w:t>його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вимірювальну</w:t>
      </w:r>
      <w:proofErr w:type="spellEnd"/>
      <w:r w:rsidRPr="006815FC">
        <w:rPr>
          <w:lang w:val="ru-RU"/>
        </w:rPr>
        <w:t xml:space="preserve"> камеру, та </w:t>
      </w:r>
      <w:proofErr w:type="spellStart"/>
      <w:r w:rsidRPr="006815FC">
        <w:rPr>
          <w:lang w:val="ru-RU"/>
        </w:rPr>
        <w:t>передає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обертання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механічний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індикатор</w:t>
      </w:r>
      <w:proofErr w:type="spellEnd"/>
      <w:r w:rsidRPr="006815FC">
        <w:rPr>
          <w:lang w:val="ru-RU"/>
        </w:rPr>
        <w:t xml:space="preserve">. </w:t>
      </w:r>
      <w:proofErr w:type="spellStart"/>
      <w:r w:rsidRPr="006815FC">
        <w:rPr>
          <w:lang w:val="ru-RU"/>
        </w:rPr>
        <w:t>Верхній</w:t>
      </w:r>
      <w:proofErr w:type="spellEnd"/>
      <w:r w:rsidRPr="006815FC">
        <w:rPr>
          <w:lang w:val="ru-RU"/>
        </w:rPr>
        <w:t>/</w:t>
      </w:r>
      <w:proofErr w:type="spellStart"/>
      <w:r w:rsidRPr="006815FC">
        <w:rPr>
          <w:lang w:val="ru-RU"/>
        </w:rPr>
        <w:t>накопичувальний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регістр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показує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загальний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об’єм</w:t>
      </w:r>
      <w:proofErr w:type="spellEnd"/>
      <w:r w:rsidRPr="006815FC">
        <w:rPr>
          <w:lang w:val="ru-RU"/>
        </w:rPr>
        <w:t xml:space="preserve">, а </w:t>
      </w:r>
      <w:proofErr w:type="spellStart"/>
      <w:r w:rsidRPr="006815FC">
        <w:rPr>
          <w:lang w:val="ru-RU"/>
        </w:rPr>
        <w:t>нижній</w:t>
      </w:r>
      <w:proofErr w:type="spellEnd"/>
      <w:r w:rsidRPr="006815FC">
        <w:rPr>
          <w:lang w:val="ru-RU"/>
        </w:rPr>
        <w:t>/</w:t>
      </w:r>
      <w:proofErr w:type="spellStart"/>
      <w:r w:rsidRPr="006815FC">
        <w:rPr>
          <w:lang w:val="ru-RU"/>
        </w:rPr>
        <w:t>разовий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регістр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використовується</w:t>
      </w:r>
      <w:proofErr w:type="spellEnd"/>
      <w:r w:rsidRPr="006815FC">
        <w:rPr>
          <w:lang w:val="ru-RU"/>
        </w:rPr>
        <w:t xml:space="preserve"> для </w:t>
      </w:r>
      <w:proofErr w:type="spellStart"/>
      <w:r w:rsidRPr="006815FC">
        <w:rPr>
          <w:lang w:val="ru-RU"/>
        </w:rPr>
        <w:t>поточної</w:t>
      </w:r>
      <w:proofErr w:type="spellEnd"/>
      <w:r w:rsidRPr="006815FC">
        <w:rPr>
          <w:lang w:val="ru-RU"/>
        </w:rPr>
        <w:t xml:space="preserve"> заправки та </w:t>
      </w:r>
      <w:proofErr w:type="spellStart"/>
      <w:r w:rsidRPr="006815FC">
        <w:rPr>
          <w:lang w:val="ru-RU"/>
        </w:rPr>
        <w:t>може</w:t>
      </w:r>
      <w:proofErr w:type="spellEnd"/>
      <w:r w:rsidRPr="006815FC">
        <w:rPr>
          <w:lang w:val="ru-RU"/>
        </w:rPr>
        <w:t xml:space="preserve"> бути </w:t>
      </w:r>
      <w:proofErr w:type="spellStart"/>
      <w:r w:rsidRPr="006815FC">
        <w:rPr>
          <w:lang w:val="ru-RU"/>
        </w:rPr>
        <w:t>скинутий</w:t>
      </w:r>
      <w:proofErr w:type="spellEnd"/>
      <w:r w:rsidRPr="006815FC">
        <w:rPr>
          <w:lang w:val="ru-RU"/>
        </w:rPr>
        <w:t xml:space="preserve"> у нуль </w:t>
      </w:r>
      <w:proofErr w:type="spellStart"/>
      <w:r w:rsidRPr="006815FC">
        <w:rPr>
          <w:lang w:val="ru-RU"/>
        </w:rPr>
        <w:t>відповідним</w:t>
      </w:r>
      <w:proofErr w:type="spellEnd"/>
      <w:r w:rsidRPr="006815FC">
        <w:rPr>
          <w:lang w:val="ru-RU"/>
        </w:rPr>
        <w:t xml:space="preserve"> органом </w:t>
      </w:r>
      <w:proofErr w:type="spellStart"/>
      <w:r w:rsidRPr="006815FC">
        <w:rPr>
          <w:lang w:val="ru-RU"/>
        </w:rPr>
        <w:t>керування</w:t>
      </w:r>
      <w:proofErr w:type="spellEnd"/>
      <w:r w:rsidRPr="006815FC">
        <w:rPr>
          <w:lang w:val="ru-RU"/>
        </w:rPr>
        <w:t>.</w:t>
      </w:r>
    </w:p>
    <w:p w14:paraId="56B12BDC" w14:textId="77777777" w:rsidR="00413445" w:rsidRPr="006815FC" w:rsidRDefault="00000000">
      <w:pPr>
        <w:rPr>
          <w:lang w:val="ru-RU"/>
        </w:rPr>
      </w:pPr>
      <w:r w:rsidRPr="006815FC">
        <w:rPr>
          <w:lang w:val="ru-RU"/>
        </w:rPr>
        <w:t xml:space="preserve">Для </w:t>
      </w:r>
      <w:proofErr w:type="spellStart"/>
      <w:r w:rsidRPr="006815FC">
        <w:rPr>
          <w:lang w:val="ru-RU"/>
        </w:rPr>
        <w:t>забезпечення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точності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необхідно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калібрувати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монтажу, ремонту, </w:t>
      </w:r>
      <w:proofErr w:type="spellStart"/>
      <w:r w:rsidRPr="006815FC">
        <w:rPr>
          <w:lang w:val="ru-RU"/>
        </w:rPr>
        <w:t>суттєвих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змін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всмоктувальної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напірної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магістралі</w:t>
      </w:r>
      <w:proofErr w:type="spellEnd"/>
      <w:r w:rsidRPr="006815FC">
        <w:rPr>
          <w:lang w:val="ru-RU"/>
        </w:rPr>
        <w:t xml:space="preserve">, при </w:t>
      </w:r>
      <w:proofErr w:type="spellStart"/>
      <w:r w:rsidRPr="006815FC">
        <w:rPr>
          <w:lang w:val="ru-RU"/>
        </w:rPr>
        <w:t>сезонній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зміні</w:t>
      </w:r>
      <w:proofErr w:type="spellEnd"/>
      <w:r w:rsidRPr="006815FC">
        <w:rPr>
          <w:lang w:val="ru-RU"/>
        </w:rPr>
        <w:t xml:space="preserve"> умов </w:t>
      </w:r>
      <w:proofErr w:type="spellStart"/>
      <w:r w:rsidRPr="006815FC">
        <w:rPr>
          <w:lang w:val="ru-RU"/>
        </w:rPr>
        <w:t>експлуатації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перекачування</w:t>
      </w:r>
      <w:proofErr w:type="spellEnd"/>
      <w:r w:rsidRPr="006815FC">
        <w:rPr>
          <w:lang w:val="ru-RU"/>
        </w:rPr>
        <w:t xml:space="preserve"> значного </w:t>
      </w:r>
      <w:proofErr w:type="spellStart"/>
      <w:r w:rsidRPr="006815FC">
        <w:rPr>
          <w:lang w:val="ru-RU"/>
        </w:rPr>
        <w:t>об’єму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якщо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виникли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сумніви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щодо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точності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показів</w:t>
      </w:r>
      <w:proofErr w:type="spellEnd"/>
      <w:r w:rsidRPr="006815FC">
        <w:rPr>
          <w:lang w:val="ru-RU"/>
        </w:rPr>
        <w:t>.</w:t>
      </w:r>
    </w:p>
    <w:p w14:paraId="65EC819E" w14:textId="77777777" w:rsidR="00413445" w:rsidRDefault="00000000">
      <w:pPr>
        <w:pStyle w:val="1"/>
      </w:pPr>
      <w:r>
        <w:t>8. Калібрування механічного лічильника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413445" w14:paraId="48191E61" w14:textId="77777777">
        <w:trPr>
          <w:cantSplit/>
          <w:jc w:val="center"/>
        </w:trPr>
        <w:tc>
          <w:tcPr>
            <w:tcW w:w="10092" w:type="dxa"/>
            <w:shd w:val="clear" w:color="auto" w:fill="FFF2A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D357D6A" w14:textId="77777777" w:rsidR="00413445" w:rsidRDefault="00000000">
            <w:pPr>
              <w:spacing w:after="0"/>
            </w:pPr>
            <w:r w:rsidRPr="006815FC">
              <w:rPr>
                <w:b/>
                <w:lang w:val="ru-RU"/>
              </w:rPr>
              <w:t xml:space="preserve">Перед </w:t>
            </w:r>
            <w:proofErr w:type="spellStart"/>
            <w:r w:rsidRPr="006815FC">
              <w:rPr>
                <w:b/>
                <w:lang w:val="ru-RU"/>
              </w:rPr>
              <w:t>калібруванням</w:t>
            </w:r>
            <w:proofErr w:type="spellEnd"/>
            <w:r w:rsidRPr="006815FC">
              <w:rPr>
                <w:b/>
                <w:lang w:val="ru-RU"/>
              </w:rPr>
              <w:t xml:space="preserve">: </w:t>
            </w:r>
            <w:r w:rsidRPr="006815FC">
              <w:rPr>
                <w:lang w:val="ru-RU"/>
              </w:rPr>
              <w:t xml:space="preserve">система </w:t>
            </w:r>
            <w:proofErr w:type="spellStart"/>
            <w:r w:rsidRPr="006815FC">
              <w:rPr>
                <w:lang w:val="ru-RU"/>
              </w:rPr>
              <w:t>має</w:t>
            </w:r>
            <w:proofErr w:type="spellEnd"/>
            <w:r w:rsidRPr="006815FC">
              <w:rPr>
                <w:lang w:val="ru-RU"/>
              </w:rPr>
              <w:t xml:space="preserve"> бути </w:t>
            </w:r>
            <w:proofErr w:type="spellStart"/>
            <w:r w:rsidRPr="006815FC">
              <w:rPr>
                <w:lang w:val="ru-RU"/>
              </w:rPr>
              <w:t>повністю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заповнена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дизельним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паливом</w:t>
            </w:r>
            <w:proofErr w:type="spellEnd"/>
            <w:r w:rsidRPr="006815FC">
              <w:rPr>
                <w:lang w:val="ru-RU"/>
              </w:rPr>
              <w:t xml:space="preserve">, без </w:t>
            </w:r>
            <w:proofErr w:type="spellStart"/>
            <w:r w:rsidRPr="006815FC">
              <w:rPr>
                <w:lang w:val="ru-RU"/>
              </w:rPr>
              <w:t>повітряних</w:t>
            </w:r>
            <w:proofErr w:type="spellEnd"/>
            <w:r w:rsidRPr="006815FC">
              <w:rPr>
                <w:lang w:val="ru-RU"/>
              </w:rPr>
              <w:t xml:space="preserve"> пробок. </w:t>
            </w:r>
            <w:proofErr w:type="spellStart"/>
            <w:r w:rsidRPr="006815FC">
              <w:rPr>
                <w:lang w:val="ru-RU"/>
              </w:rPr>
              <w:t>Калібрування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виконують</w:t>
            </w:r>
            <w:proofErr w:type="spellEnd"/>
            <w:r w:rsidRPr="006815FC">
              <w:rPr>
                <w:lang w:val="ru-RU"/>
              </w:rPr>
              <w:t xml:space="preserve"> на </w:t>
            </w:r>
            <w:proofErr w:type="spellStart"/>
            <w:r w:rsidRPr="006815FC">
              <w:rPr>
                <w:lang w:val="ru-RU"/>
              </w:rPr>
              <w:t>встановленій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робочій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системі</w:t>
            </w:r>
            <w:proofErr w:type="spellEnd"/>
            <w:r w:rsidRPr="006815FC">
              <w:rPr>
                <w:lang w:val="ru-RU"/>
              </w:rPr>
              <w:t xml:space="preserve"> та за </w:t>
            </w:r>
            <w:proofErr w:type="spellStart"/>
            <w:r w:rsidRPr="006815FC">
              <w:rPr>
                <w:lang w:val="ru-RU"/>
              </w:rPr>
              <w:t>напрямком</w:t>
            </w:r>
            <w:proofErr w:type="spellEnd"/>
            <w:r w:rsidRPr="006815FC">
              <w:rPr>
                <w:lang w:val="ru-RU"/>
              </w:rPr>
              <w:t xml:space="preserve"> потоку, </w:t>
            </w:r>
            <w:proofErr w:type="spellStart"/>
            <w:r w:rsidRPr="006815FC">
              <w:rPr>
                <w:lang w:val="ru-RU"/>
              </w:rPr>
              <w:t>зазначеним</w:t>
            </w:r>
            <w:proofErr w:type="spellEnd"/>
            <w:r w:rsidRPr="006815FC">
              <w:rPr>
                <w:lang w:val="ru-RU"/>
              </w:rPr>
              <w:t xml:space="preserve"> на </w:t>
            </w:r>
            <w:proofErr w:type="spellStart"/>
            <w:r w:rsidRPr="006815FC">
              <w:rPr>
                <w:lang w:val="ru-RU"/>
              </w:rPr>
              <w:t>корпусі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лічильника</w:t>
            </w:r>
            <w:proofErr w:type="spellEnd"/>
            <w:r w:rsidRPr="006815FC">
              <w:rPr>
                <w:lang w:val="ru-RU"/>
              </w:rPr>
              <w:t xml:space="preserve">. </w:t>
            </w:r>
            <w:proofErr w:type="spellStart"/>
            <w:r>
              <w:t>Використовуйте</w:t>
            </w:r>
            <w:proofErr w:type="spellEnd"/>
            <w:r>
              <w:t xml:space="preserve"> </w:t>
            </w:r>
            <w:proofErr w:type="spellStart"/>
            <w:r>
              <w:t>повірену</w:t>
            </w:r>
            <w:proofErr w:type="spellEnd"/>
            <w:r>
              <w:t>/</w:t>
            </w:r>
            <w:proofErr w:type="spellStart"/>
            <w:r>
              <w:t>мірну</w:t>
            </w:r>
            <w:proofErr w:type="spellEnd"/>
            <w:r>
              <w:t xml:space="preserve"> </w:t>
            </w:r>
            <w:proofErr w:type="spellStart"/>
            <w:r>
              <w:t>ємність</w:t>
            </w:r>
            <w:proofErr w:type="spellEnd"/>
            <w:r>
              <w:t xml:space="preserve"> </w:t>
            </w:r>
            <w:proofErr w:type="spellStart"/>
            <w:r>
              <w:t>об’ємом</w:t>
            </w:r>
            <w:proofErr w:type="spellEnd"/>
            <w:r>
              <w:t xml:space="preserve"> не менше 20 л.</w:t>
            </w:r>
          </w:p>
        </w:tc>
      </w:tr>
    </w:tbl>
    <w:p w14:paraId="06AF4509" w14:textId="77777777" w:rsidR="00413445" w:rsidRDefault="00413445">
      <w:pPr>
        <w:spacing w:after="0"/>
      </w:pPr>
    </w:p>
    <w:p w14:paraId="0CF81CED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Увімкніть</w:t>
      </w:r>
      <w:proofErr w:type="spellEnd"/>
      <w:r w:rsidRPr="006815FC">
        <w:rPr>
          <w:lang w:val="ru-RU"/>
        </w:rPr>
        <w:t xml:space="preserve"> насос і прокачайте </w:t>
      </w:r>
      <w:proofErr w:type="spellStart"/>
      <w:r w:rsidRPr="006815FC">
        <w:rPr>
          <w:lang w:val="ru-RU"/>
        </w:rPr>
        <w:t>невелику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кількість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щоб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стабілізувати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потік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видалити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повітря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із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системи</w:t>
      </w:r>
      <w:proofErr w:type="spellEnd"/>
      <w:r w:rsidRPr="006815FC">
        <w:rPr>
          <w:lang w:val="ru-RU"/>
        </w:rPr>
        <w:t>.</w:t>
      </w:r>
    </w:p>
    <w:p w14:paraId="257A5B7C" w14:textId="77777777" w:rsidR="00413445" w:rsidRDefault="00000000">
      <w:pPr>
        <w:pStyle w:val="a"/>
        <w:spacing w:after="40"/>
      </w:pPr>
      <w:proofErr w:type="spellStart"/>
      <w:r>
        <w:t>Обнуліть</w:t>
      </w:r>
      <w:proofErr w:type="spellEnd"/>
      <w:r>
        <w:t xml:space="preserve"> </w:t>
      </w:r>
      <w:proofErr w:type="spellStart"/>
      <w:r>
        <w:t>разовий</w:t>
      </w:r>
      <w:proofErr w:type="spellEnd"/>
      <w:r>
        <w:t xml:space="preserve"> </w:t>
      </w:r>
      <w:proofErr w:type="spellStart"/>
      <w:r>
        <w:t>покажчик</w:t>
      </w:r>
      <w:proofErr w:type="spellEnd"/>
      <w:r>
        <w:t xml:space="preserve"> </w:t>
      </w:r>
      <w:proofErr w:type="spellStart"/>
      <w:r>
        <w:t>лічильника</w:t>
      </w:r>
      <w:proofErr w:type="spellEnd"/>
      <w:r>
        <w:t>.</w:t>
      </w:r>
    </w:p>
    <w:p w14:paraId="62145E0A" w14:textId="77777777" w:rsidR="00413445" w:rsidRPr="006815FC" w:rsidRDefault="00000000">
      <w:pPr>
        <w:pStyle w:val="a"/>
        <w:spacing w:after="40"/>
        <w:rPr>
          <w:lang w:val="ru-RU"/>
        </w:rPr>
      </w:pPr>
      <w:r w:rsidRPr="006815FC">
        <w:rPr>
          <w:lang w:val="ru-RU"/>
        </w:rPr>
        <w:t xml:space="preserve">Через </w:t>
      </w:r>
      <w:proofErr w:type="spellStart"/>
      <w:r w:rsidRPr="006815FC">
        <w:rPr>
          <w:lang w:val="ru-RU"/>
        </w:rPr>
        <w:t>лічильник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наповніть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мірну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ємність</w:t>
      </w:r>
      <w:proofErr w:type="spellEnd"/>
      <w:r w:rsidRPr="006815FC">
        <w:rPr>
          <w:lang w:val="ru-RU"/>
        </w:rPr>
        <w:t xml:space="preserve"> точно до </w:t>
      </w:r>
      <w:proofErr w:type="spellStart"/>
      <w:r w:rsidRPr="006815FC">
        <w:rPr>
          <w:lang w:val="ru-RU"/>
        </w:rPr>
        <w:t>контрольної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позначки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наприклад</w:t>
      </w:r>
      <w:proofErr w:type="spellEnd"/>
      <w:r w:rsidRPr="006815FC">
        <w:rPr>
          <w:lang w:val="ru-RU"/>
        </w:rPr>
        <w:t xml:space="preserve"> 20,00 л.</w:t>
      </w:r>
    </w:p>
    <w:p w14:paraId="4268961A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Порівняйте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фактичний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об’єм</w:t>
      </w:r>
      <w:proofErr w:type="spellEnd"/>
      <w:r w:rsidRPr="006815FC">
        <w:rPr>
          <w:lang w:val="ru-RU"/>
        </w:rPr>
        <w:t xml:space="preserve"> у </w:t>
      </w:r>
      <w:proofErr w:type="spellStart"/>
      <w:r w:rsidRPr="006815FC">
        <w:rPr>
          <w:lang w:val="ru-RU"/>
        </w:rPr>
        <w:t>мірній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ємності</w:t>
      </w:r>
      <w:proofErr w:type="spellEnd"/>
      <w:r w:rsidRPr="006815FC">
        <w:rPr>
          <w:lang w:val="ru-RU"/>
        </w:rPr>
        <w:t xml:space="preserve"> з показом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>.</w:t>
      </w:r>
    </w:p>
    <w:p w14:paraId="41532F93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Якщо</w:t>
      </w:r>
      <w:proofErr w:type="spellEnd"/>
      <w:r w:rsidRPr="006815FC">
        <w:rPr>
          <w:lang w:val="ru-RU"/>
        </w:rPr>
        <w:t xml:space="preserve"> показ </w:t>
      </w:r>
      <w:proofErr w:type="spellStart"/>
      <w:r w:rsidRPr="006815FC">
        <w:rPr>
          <w:lang w:val="ru-RU"/>
        </w:rPr>
        <w:t>збігається</w:t>
      </w:r>
      <w:proofErr w:type="spellEnd"/>
      <w:r w:rsidRPr="006815FC">
        <w:rPr>
          <w:lang w:val="ru-RU"/>
        </w:rPr>
        <w:t xml:space="preserve"> в межах </w:t>
      </w:r>
      <w:proofErr w:type="spellStart"/>
      <w:r w:rsidRPr="006815FC">
        <w:rPr>
          <w:lang w:val="ru-RU"/>
        </w:rPr>
        <w:t>допустимої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похибки</w:t>
      </w:r>
      <w:proofErr w:type="spellEnd"/>
      <w:r w:rsidRPr="006815FC">
        <w:rPr>
          <w:lang w:val="ru-RU"/>
        </w:rPr>
        <w:t xml:space="preserve"> ±1%, </w:t>
      </w:r>
      <w:proofErr w:type="spellStart"/>
      <w:r w:rsidRPr="006815FC">
        <w:rPr>
          <w:lang w:val="ru-RU"/>
        </w:rPr>
        <w:t>калібрування</w:t>
      </w:r>
      <w:proofErr w:type="spellEnd"/>
      <w:r w:rsidRPr="006815FC">
        <w:rPr>
          <w:lang w:val="ru-RU"/>
        </w:rPr>
        <w:t xml:space="preserve"> завершено.</w:t>
      </w:r>
    </w:p>
    <w:p w14:paraId="2F54E2DC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Якщо</w:t>
      </w:r>
      <w:proofErr w:type="spellEnd"/>
      <w:r w:rsidRPr="006815FC">
        <w:rPr>
          <w:lang w:val="ru-RU"/>
        </w:rPr>
        <w:t xml:space="preserve"> показ не </w:t>
      </w:r>
      <w:proofErr w:type="spellStart"/>
      <w:r w:rsidRPr="006815FC">
        <w:rPr>
          <w:lang w:val="ru-RU"/>
        </w:rPr>
        <w:t>збігається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вимкніть</w:t>
      </w:r>
      <w:proofErr w:type="spellEnd"/>
      <w:r w:rsidRPr="006815FC">
        <w:rPr>
          <w:lang w:val="ru-RU"/>
        </w:rPr>
        <w:t xml:space="preserve"> насос. </w:t>
      </w:r>
      <w:proofErr w:type="spellStart"/>
      <w:r w:rsidRPr="006815FC">
        <w:rPr>
          <w:lang w:val="ru-RU"/>
        </w:rPr>
        <w:t>Зніміть</w:t>
      </w:r>
      <w:proofErr w:type="spellEnd"/>
      <w:r w:rsidRPr="006815FC">
        <w:rPr>
          <w:lang w:val="ru-RU"/>
        </w:rPr>
        <w:t>/</w:t>
      </w:r>
      <w:proofErr w:type="spellStart"/>
      <w:r w:rsidRPr="006815FC">
        <w:rPr>
          <w:lang w:val="ru-RU"/>
        </w:rPr>
        <w:t>відкрутіть</w:t>
      </w:r>
      <w:proofErr w:type="spellEnd"/>
      <w:r w:rsidRPr="006815FC">
        <w:rPr>
          <w:lang w:val="ru-RU"/>
        </w:rPr>
        <w:t xml:space="preserve"> заглушку </w:t>
      </w:r>
      <w:proofErr w:type="spellStart"/>
      <w:r w:rsidRPr="006815FC">
        <w:rPr>
          <w:lang w:val="ru-RU"/>
        </w:rPr>
        <w:t>калібрувального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гвинта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задній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частині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>.</w:t>
      </w:r>
    </w:p>
    <w:p w14:paraId="668FDE32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Поверніть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калібрувальний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гвинт</w:t>
      </w:r>
      <w:proofErr w:type="spellEnd"/>
      <w:r w:rsidRPr="006815FC">
        <w:rPr>
          <w:lang w:val="ru-RU"/>
        </w:rPr>
        <w:t xml:space="preserve">: за </w:t>
      </w:r>
      <w:proofErr w:type="spellStart"/>
      <w:r w:rsidRPr="006815FC">
        <w:rPr>
          <w:lang w:val="ru-RU"/>
        </w:rPr>
        <w:t>годинниковою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стрілкою</w:t>
      </w:r>
      <w:proofErr w:type="spellEnd"/>
      <w:r w:rsidRPr="006815FC">
        <w:rPr>
          <w:lang w:val="ru-RU"/>
        </w:rPr>
        <w:t xml:space="preserve"> - </w:t>
      </w:r>
      <w:proofErr w:type="spellStart"/>
      <w:r w:rsidRPr="006815FC">
        <w:rPr>
          <w:lang w:val="ru-RU"/>
        </w:rPr>
        <w:t>щоб</w:t>
      </w:r>
      <w:proofErr w:type="spellEnd"/>
      <w:r w:rsidRPr="006815FC">
        <w:rPr>
          <w:lang w:val="ru-RU"/>
        </w:rPr>
        <w:t xml:space="preserve"> ЗБІЛЬШИТИ показ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 xml:space="preserve">; </w:t>
      </w:r>
      <w:proofErr w:type="spellStart"/>
      <w:r w:rsidRPr="006815FC">
        <w:rPr>
          <w:lang w:val="ru-RU"/>
        </w:rPr>
        <w:t>проти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годинникової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стрілки</w:t>
      </w:r>
      <w:proofErr w:type="spellEnd"/>
      <w:r w:rsidRPr="006815FC">
        <w:rPr>
          <w:lang w:val="ru-RU"/>
        </w:rPr>
        <w:t xml:space="preserve"> - </w:t>
      </w:r>
      <w:proofErr w:type="spellStart"/>
      <w:r w:rsidRPr="006815FC">
        <w:rPr>
          <w:lang w:val="ru-RU"/>
        </w:rPr>
        <w:t>щоб</w:t>
      </w:r>
      <w:proofErr w:type="spellEnd"/>
      <w:r w:rsidRPr="006815FC">
        <w:rPr>
          <w:lang w:val="ru-RU"/>
        </w:rPr>
        <w:t xml:space="preserve"> ЗМЕНШИТИ показ.</w:t>
      </w:r>
    </w:p>
    <w:p w14:paraId="384C20EC" w14:textId="77777777" w:rsidR="00413445" w:rsidRDefault="00000000">
      <w:pPr>
        <w:pStyle w:val="a"/>
        <w:spacing w:after="40"/>
      </w:pPr>
      <w:proofErr w:type="spellStart"/>
      <w:r w:rsidRPr="006815FC">
        <w:rPr>
          <w:lang w:val="ru-RU"/>
        </w:rPr>
        <w:t>Орієнтовно</w:t>
      </w:r>
      <w:proofErr w:type="spellEnd"/>
      <w:r w:rsidRPr="006815FC">
        <w:rPr>
          <w:lang w:val="ru-RU"/>
        </w:rPr>
        <w:t xml:space="preserve"> один </w:t>
      </w:r>
      <w:proofErr w:type="spellStart"/>
      <w:r w:rsidRPr="006815FC">
        <w:rPr>
          <w:lang w:val="ru-RU"/>
        </w:rPr>
        <w:t>повний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оберт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калібрувального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гвинта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змінює</w:t>
      </w:r>
      <w:proofErr w:type="spellEnd"/>
      <w:r w:rsidRPr="006815FC">
        <w:rPr>
          <w:lang w:val="ru-RU"/>
        </w:rPr>
        <w:t xml:space="preserve"> показ </w:t>
      </w:r>
      <w:proofErr w:type="spellStart"/>
      <w:r w:rsidRPr="006815FC">
        <w:rPr>
          <w:lang w:val="ru-RU"/>
        </w:rPr>
        <w:t>приблизно</w:t>
      </w:r>
      <w:proofErr w:type="spellEnd"/>
      <w:r w:rsidRPr="006815FC">
        <w:rPr>
          <w:lang w:val="ru-RU"/>
        </w:rPr>
        <w:t xml:space="preserve"> на 0,8-1,0 л на </w:t>
      </w:r>
      <w:proofErr w:type="spellStart"/>
      <w:r w:rsidRPr="006815FC">
        <w:rPr>
          <w:lang w:val="ru-RU"/>
        </w:rPr>
        <w:t>кожні</w:t>
      </w:r>
      <w:proofErr w:type="spellEnd"/>
      <w:r w:rsidRPr="006815FC">
        <w:rPr>
          <w:lang w:val="ru-RU"/>
        </w:rPr>
        <w:t xml:space="preserve"> 20 л </w:t>
      </w:r>
      <w:proofErr w:type="spellStart"/>
      <w:r w:rsidRPr="006815FC">
        <w:rPr>
          <w:lang w:val="ru-RU"/>
        </w:rPr>
        <w:t>перекачаного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. </w:t>
      </w:r>
      <w:proofErr w:type="spellStart"/>
      <w:r>
        <w:t>Регулюйте</w:t>
      </w:r>
      <w:proofErr w:type="spellEnd"/>
      <w:r>
        <w:t xml:space="preserve"> </w:t>
      </w:r>
      <w:proofErr w:type="spellStart"/>
      <w:r>
        <w:t>малими</w:t>
      </w:r>
      <w:proofErr w:type="spellEnd"/>
      <w:r>
        <w:t xml:space="preserve"> </w:t>
      </w:r>
      <w:proofErr w:type="spellStart"/>
      <w:r>
        <w:t>кроками</w:t>
      </w:r>
      <w:proofErr w:type="spellEnd"/>
      <w:r>
        <w:t>.</w:t>
      </w:r>
    </w:p>
    <w:p w14:paraId="5B97C1C5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Повторіть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контрольне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наповнення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мірної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ємності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регулювання</w:t>
      </w:r>
      <w:proofErr w:type="spellEnd"/>
      <w:r w:rsidRPr="006815FC">
        <w:rPr>
          <w:lang w:val="ru-RU"/>
        </w:rPr>
        <w:t xml:space="preserve"> до </w:t>
      </w:r>
      <w:proofErr w:type="spellStart"/>
      <w:r w:rsidRPr="006815FC">
        <w:rPr>
          <w:lang w:val="ru-RU"/>
        </w:rPr>
        <w:t>отримання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потрібної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точності</w:t>
      </w:r>
      <w:proofErr w:type="spellEnd"/>
      <w:r w:rsidRPr="006815FC">
        <w:rPr>
          <w:lang w:val="ru-RU"/>
        </w:rPr>
        <w:t>.</w:t>
      </w:r>
    </w:p>
    <w:p w14:paraId="67F179B5" w14:textId="77777777" w:rsidR="00413445" w:rsidRPr="006815FC" w:rsidRDefault="00000000">
      <w:pPr>
        <w:pStyle w:val="a"/>
        <w:spacing w:after="40"/>
        <w:rPr>
          <w:lang w:val="ru-RU"/>
        </w:rPr>
      </w:pP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завершення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встановіть</w:t>
      </w:r>
      <w:proofErr w:type="spellEnd"/>
      <w:r w:rsidRPr="006815FC">
        <w:rPr>
          <w:lang w:val="ru-RU"/>
        </w:rPr>
        <w:t xml:space="preserve"> заглушку </w:t>
      </w:r>
      <w:proofErr w:type="spellStart"/>
      <w:r w:rsidRPr="006815FC">
        <w:rPr>
          <w:lang w:val="ru-RU"/>
        </w:rPr>
        <w:t>калібрувального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гвинта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місце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переконайтеся</w:t>
      </w:r>
      <w:proofErr w:type="spellEnd"/>
      <w:r w:rsidRPr="006815FC">
        <w:rPr>
          <w:lang w:val="ru-RU"/>
        </w:rPr>
        <w:t xml:space="preserve"> у </w:t>
      </w:r>
      <w:proofErr w:type="spellStart"/>
      <w:r w:rsidRPr="006815FC">
        <w:rPr>
          <w:lang w:val="ru-RU"/>
        </w:rPr>
        <w:t>відсутності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витоків</w:t>
      </w:r>
      <w:proofErr w:type="spellEnd"/>
      <w:r w:rsidRPr="006815FC">
        <w:rPr>
          <w:lang w:val="ru-RU"/>
        </w:rPr>
        <w:t>.</w:t>
      </w:r>
    </w:p>
    <w:p w14:paraId="35D6F81C" w14:textId="77777777" w:rsidR="00413445" w:rsidRDefault="00000000">
      <w:pPr>
        <w:pStyle w:val="21"/>
      </w:pPr>
      <w:r>
        <w:t>8.1. Приклад оцінки похибки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413445" w14:paraId="379718BB" w14:textId="77777777">
        <w:trPr>
          <w:cantSplit/>
          <w:jc w:val="center"/>
        </w:trPr>
        <w:tc>
          <w:tcPr>
            <w:tcW w:w="3364" w:type="dxa"/>
            <w:shd w:val="clear" w:color="auto" w:fill="F2D5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91E78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Фактичний об’єм</w:t>
            </w:r>
          </w:p>
        </w:tc>
        <w:tc>
          <w:tcPr>
            <w:tcW w:w="3364" w:type="dxa"/>
            <w:shd w:val="clear" w:color="auto" w:fill="F2D5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A254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Показ лічильника</w:t>
            </w:r>
          </w:p>
        </w:tc>
        <w:tc>
          <w:tcPr>
            <w:tcW w:w="3364" w:type="dxa"/>
            <w:shd w:val="clear" w:color="auto" w:fill="F2D5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6E52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Висновок</w:t>
            </w:r>
          </w:p>
        </w:tc>
      </w:tr>
      <w:tr w:rsidR="00413445" w14:paraId="1B15E9B7" w14:textId="77777777">
        <w:trPr>
          <w:cantSplit/>
          <w:jc w:val="center"/>
        </w:trPr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C88B6" w14:textId="77777777" w:rsidR="00413445" w:rsidRDefault="00000000">
            <w:pPr>
              <w:spacing w:after="0"/>
            </w:pPr>
            <w:r>
              <w:rPr>
                <w:sz w:val="19"/>
              </w:rPr>
              <w:t>20,00 л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9299" w14:textId="77777777" w:rsidR="00413445" w:rsidRDefault="00000000">
            <w:pPr>
              <w:spacing w:after="0"/>
            </w:pPr>
            <w:r>
              <w:rPr>
                <w:sz w:val="19"/>
              </w:rPr>
              <w:t>20,10 л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5C14F" w14:textId="77777777" w:rsidR="00413445" w:rsidRDefault="00000000">
            <w:pPr>
              <w:spacing w:after="0"/>
            </w:pPr>
            <w:r>
              <w:rPr>
                <w:sz w:val="19"/>
              </w:rPr>
              <w:t>+0,5% - допустимо</w:t>
            </w:r>
          </w:p>
        </w:tc>
      </w:tr>
      <w:tr w:rsidR="00413445" w14:paraId="289C454F" w14:textId="77777777">
        <w:trPr>
          <w:cantSplit/>
          <w:jc w:val="center"/>
        </w:trPr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3C841" w14:textId="77777777" w:rsidR="00413445" w:rsidRDefault="00000000">
            <w:pPr>
              <w:spacing w:after="0"/>
            </w:pPr>
            <w:r>
              <w:rPr>
                <w:sz w:val="19"/>
              </w:rPr>
              <w:t>20,00 л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36FD" w14:textId="77777777" w:rsidR="00413445" w:rsidRDefault="00000000">
            <w:pPr>
              <w:spacing w:after="0"/>
            </w:pPr>
            <w:r>
              <w:rPr>
                <w:sz w:val="19"/>
              </w:rPr>
              <w:t>20,20 л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8456E" w14:textId="77777777" w:rsidR="00413445" w:rsidRDefault="00000000">
            <w:pPr>
              <w:spacing w:after="0"/>
            </w:pPr>
            <w:r>
              <w:rPr>
                <w:sz w:val="19"/>
              </w:rPr>
              <w:t>+1,0% - гранично допустимо</w:t>
            </w:r>
          </w:p>
        </w:tc>
      </w:tr>
      <w:tr w:rsidR="00413445" w14:paraId="1AA8A91F" w14:textId="77777777">
        <w:trPr>
          <w:cantSplit/>
          <w:jc w:val="center"/>
        </w:trPr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BB1F5" w14:textId="77777777" w:rsidR="00413445" w:rsidRDefault="00000000">
            <w:pPr>
              <w:spacing w:after="0"/>
            </w:pPr>
            <w:r>
              <w:rPr>
                <w:sz w:val="19"/>
              </w:rPr>
              <w:t>20,00 л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6B7B4" w14:textId="77777777" w:rsidR="00413445" w:rsidRDefault="00000000">
            <w:pPr>
              <w:spacing w:after="0"/>
            </w:pPr>
            <w:r>
              <w:rPr>
                <w:sz w:val="19"/>
              </w:rPr>
              <w:t>20,40 л</w:t>
            </w:r>
          </w:p>
        </w:tc>
        <w:tc>
          <w:tcPr>
            <w:tcW w:w="33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25AF7" w14:textId="77777777" w:rsidR="00413445" w:rsidRDefault="00000000">
            <w:pPr>
              <w:spacing w:after="0"/>
            </w:pPr>
            <w:r>
              <w:rPr>
                <w:sz w:val="19"/>
              </w:rPr>
              <w:t>+2,0% - потрібне калібрування</w:t>
            </w:r>
          </w:p>
        </w:tc>
      </w:tr>
    </w:tbl>
    <w:p w14:paraId="536CD99C" w14:textId="77777777" w:rsidR="00413445" w:rsidRDefault="00000000">
      <w:pPr>
        <w:pStyle w:val="1"/>
      </w:pPr>
      <w:r>
        <w:t>9. Технічне обслуговування</w:t>
      </w:r>
    </w:p>
    <w:p w14:paraId="11E51D3A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Перед кожною </w:t>
      </w:r>
      <w:proofErr w:type="spellStart"/>
      <w:r w:rsidRPr="006815FC">
        <w:rPr>
          <w:lang w:val="ru-RU"/>
        </w:rPr>
        <w:t>зміною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оглядайте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рукави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з’єднання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пістолет</w:t>
      </w:r>
      <w:proofErr w:type="spellEnd"/>
      <w:r w:rsidRPr="006815FC">
        <w:rPr>
          <w:lang w:val="ru-RU"/>
        </w:rPr>
        <w:t xml:space="preserve">, кабель </w:t>
      </w:r>
      <w:proofErr w:type="spellStart"/>
      <w:r w:rsidRPr="006815FC">
        <w:rPr>
          <w:lang w:val="ru-RU"/>
        </w:rPr>
        <w:t>живлення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затискачі</w:t>
      </w:r>
      <w:proofErr w:type="spellEnd"/>
      <w:r w:rsidRPr="006815FC">
        <w:rPr>
          <w:lang w:val="ru-RU"/>
        </w:rPr>
        <w:t>.</w:t>
      </w:r>
    </w:p>
    <w:p w14:paraId="1D9EEE99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Періодично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очищуйте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фільтр</w:t>
      </w:r>
      <w:proofErr w:type="spellEnd"/>
      <w:r w:rsidRPr="006815FC">
        <w:rPr>
          <w:lang w:val="ru-RU"/>
        </w:rPr>
        <w:t xml:space="preserve"> грубого </w:t>
      </w:r>
      <w:proofErr w:type="spellStart"/>
      <w:r w:rsidRPr="006815FC">
        <w:rPr>
          <w:lang w:val="ru-RU"/>
        </w:rPr>
        <w:t>очищення</w:t>
      </w:r>
      <w:proofErr w:type="spellEnd"/>
      <w:r w:rsidRPr="006815FC">
        <w:rPr>
          <w:lang w:val="ru-RU"/>
        </w:rPr>
        <w:t xml:space="preserve">. Частота </w:t>
      </w:r>
      <w:proofErr w:type="spellStart"/>
      <w:r w:rsidRPr="006815FC">
        <w:rPr>
          <w:lang w:val="ru-RU"/>
        </w:rPr>
        <w:t>залежить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чистоти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інтенсивності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роботи</w:t>
      </w:r>
      <w:proofErr w:type="spellEnd"/>
      <w:r w:rsidRPr="006815FC">
        <w:rPr>
          <w:lang w:val="ru-RU"/>
        </w:rPr>
        <w:t>.</w:t>
      </w:r>
    </w:p>
    <w:p w14:paraId="753423B8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Не допускайте </w:t>
      </w:r>
      <w:proofErr w:type="spellStart"/>
      <w:r w:rsidRPr="006815FC">
        <w:rPr>
          <w:lang w:val="ru-RU"/>
        </w:rPr>
        <w:t>потрапляння</w:t>
      </w:r>
      <w:proofErr w:type="spellEnd"/>
      <w:r w:rsidRPr="006815FC">
        <w:rPr>
          <w:lang w:val="ru-RU"/>
        </w:rPr>
        <w:t xml:space="preserve"> води та </w:t>
      </w:r>
      <w:proofErr w:type="spellStart"/>
      <w:r w:rsidRPr="006815FC">
        <w:rPr>
          <w:lang w:val="ru-RU"/>
        </w:rPr>
        <w:t>механічних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домішок</w:t>
      </w:r>
      <w:proofErr w:type="spellEnd"/>
      <w:r w:rsidRPr="006815FC">
        <w:rPr>
          <w:lang w:val="ru-RU"/>
        </w:rPr>
        <w:t xml:space="preserve"> </w:t>
      </w:r>
      <w:proofErr w:type="gramStart"/>
      <w:r w:rsidRPr="006815FC">
        <w:rPr>
          <w:lang w:val="ru-RU"/>
        </w:rPr>
        <w:t>у резервуар</w:t>
      </w:r>
      <w:proofErr w:type="gramEnd"/>
      <w:r w:rsidRPr="006815FC">
        <w:rPr>
          <w:lang w:val="ru-RU"/>
        </w:rPr>
        <w:t>.</w:t>
      </w:r>
    </w:p>
    <w:p w14:paraId="6C4B3643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lastRenderedPageBreak/>
        <w:t>Перевіряйте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кріплення</w:t>
      </w:r>
      <w:proofErr w:type="spellEnd"/>
      <w:r w:rsidRPr="006815FC">
        <w:rPr>
          <w:lang w:val="ru-RU"/>
        </w:rPr>
        <w:t xml:space="preserve"> колонки та стан </w:t>
      </w:r>
      <w:proofErr w:type="spellStart"/>
      <w:r w:rsidRPr="006815FC">
        <w:rPr>
          <w:lang w:val="ru-RU"/>
        </w:rPr>
        <w:t>різьбових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з’єднань</w:t>
      </w:r>
      <w:proofErr w:type="spellEnd"/>
      <w:r w:rsidRPr="006815FC">
        <w:rPr>
          <w:lang w:val="ru-RU"/>
        </w:rPr>
        <w:t xml:space="preserve">; </w:t>
      </w:r>
      <w:proofErr w:type="spellStart"/>
      <w:r w:rsidRPr="006815FC">
        <w:rPr>
          <w:lang w:val="ru-RU"/>
        </w:rPr>
        <w:t>підтягування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виконуйте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тільки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знеструмленому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обладнанні</w:t>
      </w:r>
      <w:proofErr w:type="spellEnd"/>
      <w:r w:rsidRPr="006815FC">
        <w:rPr>
          <w:lang w:val="ru-RU"/>
        </w:rPr>
        <w:t>.</w:t>
      </w:r>
    </w:p>
    <w:p w14:paraId="1C6DA240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При </w:t>
      </w:r>
      <w:proofErr w:type="spellStart"/>
      <w:r w:rsidRPr="006815FC">
        <w:rPr>
          <w:lang w:val="ru-RU"/>
        </w:rPr>
        <w:t>помітному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падінні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продуктивності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спочатку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перевірте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рівень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палива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фільтр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всмоктувальну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лінію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герметичність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з’єднань</w:t>
      </w:r>
      <w:proofErr w:type="spellEnd"/>
      <w:r w:rsidRPr="006815FC">
        <w:rPr>
          <w:lang w:val="ru-RU"/>
        </w:rPr>
        <w:t>.</w:t>
      </w:r>
    </w:p>
    <w:p w14:paraId="34F6391B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Після</w:t>
      </w:r>
      <w:proofErr w:type="spellEnd"/>
      <w:r w:rsidRPr="006815FC">
        <w:rPr>
          <w:lang w:val="ru-RU"/>
        </w:rPr>
        <w:t xml:space="preserve"> ремонту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зміни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гідравлічної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схеми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обов’язково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повторіть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калібрування</w:t>
      </w:r>
      <w:proofErr w:type="spellEnd"/>
      <w:r w:rsidRPr="006815FC">
        <w:rPr>
          <w:lang w:val="ru-RU"/>
        </w:rPr>
        <w:t>.</w:t>
      </w:r>
    </w:p>
    <w:p w14:paraId="64F9A210" w14:textId="77777777" w:rsidR="00413445" w:rsidRDefault="00000000">
      <w:pPr>
        <w:pStyle w:val="1"/>
      </w:pPr>
      <w:r>
        <w:t>10. Можливі несправності та усунення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413445" w14:paraId="4547A3C0" w14:textId="77777777">
        <w:trPr>
          <w:cantSplit/>
          <w:tblHeader/>
          <w:jc w:val="center"/>
        </w:trPr>
        <w:tc>
          <w:tcPr>
            <w:tcW w:w="3364" w:type="dxa"/>
            <w:shd w:val="clear" w:color="auto" w:fill="F2D500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CB372C" w14:textId="77777777" w:rsidR="00413445" w:rsidRDefault="00000000">
            <w:pPr>
              <w:spacing w:after="0"/>
            </w:pPr>
            <w:r>
              <w:rPr>
                <w:b/>
                <w:sz w:val="17"/>
              </w:rPr>
              <w:t>Ознака</w:t>
            </w:r>
          </w:p>
        </w:tc>
        <w:tc>
          <w:tcPr>
            <w:tcW w:w="3364" w:type="dxa"/>
            <w:shd w:val="clear" w:color="auto" w:fill="F2D500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107A63" w14:textId="77777777" w:rsidR="00413445" w:rsidRDefault="00000000">
            <w:pPr>
              <w:spacing w:after="0"/>
            </w:pPr>
            <w:r>
              <w:rPr>
                <w:b/>
                <w:sz w:val="17"/>
              </w:rPr>
              <w:t>Ймовірна причина</w:t>
            </w:r>
          </w:p>
        </w:tc>
        <w:tc>
          <w:tcPr>
            <w:tcW w:w="3364" w:type="dxa"/>
            <w:shd w:val="clear" w:color="auto" w:fill="F2D500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33F4EA" w14:textId="77777777" w:rsidR="00413445" w:rsidRDefault="00000000">
            <w:pPr>
              <w:spacing w:after="0"/>
            </w:pPr>
            <w:r>
              <w:rPr>
                <w:b/>
                <w:sz w:val="17"/>
              </w:rPr>
              <w:t>Дії</w:t>
            </w:r>
          </w:p>
        </w:tc>
      </w:tr>
      <w:tr w:rsidR="00413445" w:rsidRPr="006815FC" w14:paraId="5323F4CF" w14:textId="77777777">
        <w:trPr>
          <w:cantSplit/>
          <w:jc w:val="center"/>
        </w:trPr>
        <w:tc>
          <w:tcPr>
            <w:tcW w:w="3364" w:type="dxa"/>
            <w:shd w:val="clear" w:color="auto" w:fill="F5F5F5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61E86B" w14:textId="77777777" w:rsidR="00413445" w:rsidRDefault="00000000">
            <w:pPr>
              <w:spacing w:after="0"/>
            </w:pPr>
            <w:r>
              <w:rPr>
                <w:sz w:val="17"/>
              </w:rPr>
              <w:t>Насос не запускається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F1E51C0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Немає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живлення</w:t>
            </w:r>
            <w:proofErr w:type="spellEnd"/>
            <w:r w:rsidRPr="006815FC">
              <w:rPr>
                <w:sz w:val="17"/>
                <w:lang w:val="ru-RU"/>
              </w:rPr>
              <w:t xml:space="preserve">; </w:t>
            </w:r>
            <w:proofErr w:type="spellStart"/>
            <w:r w:rsidRPr="006815FC">
              <w:rPr>
                <w:sz w:val="17"/>
                <w:lang w:val="ru-RU"/>
              </w:rPr>
              <w:t>поганий</w:t>
            </w:r>
            <w:proofErr w:type="spellEnd"/>
            <w:r w:rsidRPr="006815FC">
              <w:rPr>
                <w:sz w:val="17"/>
                <w:lang w:val="ru-RU"/>
              </w:rPr>
              <w:t xml:space="preserve"> контакт </w:t>
            </w:r>
            <w:proofErr w:type="spellStart"/>
            <w:r w:rsidRPr="006815FC">
              <w:rPr>
                <w:sz w:val="17"/>
                <w:lang w:val="ru-RU"/>
              </w:rPr>
              <w:t>затискачів</w:t>
            </w:r>
            <w:proofErr w:type="spellEnd"/>
            <w:r w:rsidRPr="006815FC">
              <w:rPr>
                <w:sz w:val="17"/>
                <w:lang w:val="ru-RU"/>
              </w:rPr>
              <w:t xml:space="preserve">; неправильна </w:t>
            </w:r>
            <w:proofErr w:type="spellStart"/>
            <w:r w:rsidRPr="006815FC">
              <w:rPr>
                <w:sz w:val="17"/>
                <w:lang w:val="ru-RU"/>
              </w:rPr>
              <w:t>полярність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32F66A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Перевірити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джерело</w:t>
            </w:r>
            <w:proofErr w:type="spellEnd"/>
            <w:r w:rsidRPr="006815FC">
              <w:rPr>
                <w:sz w:val="17"/>
                <w:lang w:val="ru-RU"/>
              </w:rPr>
              <w:t xml:space="preserve"> 12 В, </w:t>
            </w:r>
            <w:proofErr w:type="spellStart"/>
            <w:r w:rsidRPr="006815FC">
              <w:rPr>
                <w:sz w:val="17"/>
                <w:lang w:val="ru-RU"/>
              </w:rPr>
              <w:t>контакти</w:t>
            </w:r>
            <w:proofErr w:type="spellEnd"/>
            <w:r w:rsidRPr="006815FC">
              <w:rPr>
                <w:sz w:val="17"/>
                <w:lang w:val="ru-RU"/>
              </w:rPr>
              <w:t xml:space="preserve">, кабель і </w:t>
            </w:r>
            <w:proofErr w:type="spellStart"/>
            <w:r w:rsidRPr="006815FC">
              <w:rPr>
                <w:sz w:val="17"/>
                <w:lang w:val="ru-RU"/>
              </w:rPr>
              <w:t>полярність</w:t>
            </w:r>
            <w:proofErr w:type="spellEnd"/>
          </w:p>
        </w:tc>
      </w:tr>
      <w:tr w:rsidR="00413445" w:rsidRPr="006815FC" w14:paraId="5E42247D" w14:textId="77777777">
        <w:trPr>
          <w:cantSplit/>
          <w:jc w:val="center"/>
        </w:trPr>
        <w:tc>
          <w:tcPr>
            <w:tcW w:w="3364" w:type="dxa"/>
            <w:shd w:val="clear" w:color="auto" w:fill="F5F5F5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737ACC" w14:textId="77777777" w:rsidR="00413445" w:rsidRDefault="00000000">
            <w:pPr>
              <w:spacing w:after="0"/>
            </w:pPr>
            <w:proofErr w:type="spellStart"/>
            <w:r>
              <w:rPr>
                <w:sz w:val="17"/>
              </w:rPr>
              <w:t>Низька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продуктивність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A3AB687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Забруднений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фільтр</w:t>
            </w:r>
            <w:proofErr w:type="spellEnd"/>
            <w:r w:rsidRPr="006815FC">
              <w:rPr>
                <w:sz w:val="17"/>
                <w:lang w:val="ru-RU"/>
              </w:rPr>
              <w:t xml:space="preserve">; </w:t>
            </w:r>
            <w:proofErr w:type="spellStart"/>
            <w:r w:rsidRPr="006815FC">
              <w:rPr>
                <w:sz w:val="17"/>
                <w:lang w:val="ru-RU"/>
              </w:rPr>
              <w:t>підсмоктування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повітря</w:t>
            </w:r>
            <w:proofErr w:type="spellEnd"/>
            <w:r w:rsidRPr="006815FC">
              <w:rPr>
                <w:sz w:val="17"/>
                <w:lang w:val="ru-RU"/>
              </w:rPr>
              <w:t xml:space="preserve">; </w:t>
            </w:r>
            <w:proofErr w:type="spellStart"/>
            <w:r w:rsidRPr="006815FC">
              <w:rPr>
                <w:sz w:val="17"/>
                <w:lang w:val="ru-RU"/>
              </w:rPr>
              <w:t>перегин</w:t>
            </w:r>
            <w:proofErr w:type="spellEnd"/>
            <w:r w:rsidRPr="006815FC">
              <w:rPr>
                <w:sz w:val="17"/>
                <w:lang w:val="ru-RU"/>
              </w:rPr>
              <w:t xml:space="preserve"> рукава; </w:t>
            </w:r>
            <w:proofErr w:type="spellStart"/>
            <w:r w:rsidRPr="006815FC">
              <w:rPr>
                <w:sz w:val="17"/>
                <w:lang w:val="ru-RU"/>
              </w:rPr>
              <w:t>низька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напруга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7951C1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Очистити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фільтр</w:t>
            </w:r>
            <w:proofErr w:type="spellEnd"/>
            <w:r w:rsidRPr="006815FC">
              <w:rPr>
                <w:sz w:val="17"/>
                <w:lang w:val="ru-RU"/>
              </w:rPr>
              <w:t xml:space="preserve">, </w:t>
            </w:r>
            <w:proofErr w:type="spellStart"/>
            <w:r w:rsidRPr="006815FC">
              <w:rPr>
                <w:sz w:val="17"/>
                <w:lang w:val="ru-RU"/>
              </w:rPr>
              <w:t>перевірити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герметичність</w:t>
            </w:r>
            <w:proofErr w:type="spellEnd"/>
            <w:r w:rsidRPr="006815FC">
              <w:rPr>
                <w:sz w:val="17"/>
                <w:lang w:val="ru-RU"/>
              </w:rPr>
              <w:t>/</w:t>
            </w:r>
            <w:proofErr w:type="spellStart"/>
            <w:r w:rsidRPr="006815FC">
              <w:rPr>
                <w:sz w:val="17"/>
                <w:lang w:val="ru-RU"/>
              </w:rPr>
              <w:t>рукави</w:t>
            </w:r>
            <w:proofErr w:type="spellEnd"/>
            <w:r w:rsidRPr="006815FC">
              <w:rPr>
                <w:sz w:val="17"/>
                <w:lang w:val="ru-RU"/>
              </w:rPr>
              <w:t xml:space="preserve">, </w:t>
            </w:r>
            <w:proofErr w:type="spellStart"/>
            <w:r w:rsidRPr="006815FC">
              <w:rPr>
                <w:sz w:val="17"/>
                <w:lang w:val="ru-RU"/>
              </w:rPr>
              <w:t>напругу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живлення</w:t>
            </w:r>
            <w:proofErr w:type="spellEnd"/>
          </w:p>
        </w:tc>
      </w:tr>
      <w:tr w:rsidR="00413445" w:rsidRPr="006815FC" w14:paraId="701DB5AF" w14:textId="77777777">
        <w:trPr>
          <w:cantSplit/>
          <w:jc w:val="center"/>
        </w:trPr>
        <w:tc>
          <w:tcPr>
            <w:tcW w:w="3364" w:type="dxa"/>
            <w:shd w:val="clear" w:color="auto" w:fill="F5F5F5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7EC546" w14:textId="77777777" w:rsidR="00413445" w:rsidRPr="006815FC" w:rsidRDefault="00000000">
            <w:pPr>
              <w:spacing w:after="0"/>
              <w:rPr>
                <w:lang w:val="ru-RU"/>
              </w:rPr>
            </w:pPr>
            <w:r w:rsidRPr="006815FC">
              <w:rPr>
                <w:sz w:val="17"/>
                <w:lang w:val="ru-RU"/>
              </w:rPr>
              <w:t xml:space="preserve">Насос </w:t>
            </w:r>
            <w:proofErr w:type="spellStart"/>
            <w:r w:rsidRPr="006815FC">
              <w:rPr>
                <w:sz w:val="17"/>
                <w:lang w:val="ru-RU"/>
              </w:rPr>
              <w:t>шумить</w:t>
            </w:r>
            <w:proofErr w:type="spellEnd"/>
            <w:r w:rsidRPr="006815FC">
              <w:rPr>
                <w:sz w:val="17"/>
                <w:lang w:val="ru-RU"/>
              </w:rPr>
              <w:t xml:space="preserve">, </w:t>
            </w:r>
            <w:proofErr w:type="spellStart"/>
            <w:r w:rsidRPr="006815FC">
              <w:rPr>
                <w:sz w:val="17"/>
                <w:lang w:val="ru-RU"/>
              </w:rPr>
              <w:t>але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паливо</w:t>
            </w:r>
            <w:proofErr w:type="spellEnd"/>
            <w:r w:rsidRPr="006815FC">
              <w:rPr>
                <w:sz w:val="17"/>
                <w:lang w:val="ru-RU"/>
              </w:rPr>
              <w:t xml:space="preserve"> не </w:t>
            </w:r>
            <w:proofErr w:type="spellStart"/>
            <w:r w:rsidRPr="006815FC">
              <w:rPr>
                <w:sz w:val="17"/>
                <w:lang w:val="ru-RU"/>
              </w:rPr>
              <w:t>подається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C62DD8D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Порожня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всмоктувальна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магістраль</w:t>
            </w:r>
            <w:proofErr w:type="spellEnd"/>
            <w:r w:rsidRPr="006815FC">
              <w:rPr>
                <w:sz w:val="17"/>
                <w:lang w:val="ru-RU"/>
              </w:rPr>
              <w:t xml:space="preserve">; </w:t>
            </w:r>
            <w:proofErr w:type="spellStart"/>
            <w:r w:rsidRPr="006815FC">
              <w:rPr>
                <w:sz w:val="17"/>
                <w:lang w:val="ru-RU"/>
              </w:rPr>
              <w:t>закритий</w:t>
            </w:r>
            <w:proofErr w:type="spellEnd"/>
            <w:r w:rsidRPr="006815FC">
              <w:rPr>
                <w:sz w:val="17"/>
                <w:lang w:val="ru-RU"/>
              </w:rPr>
              <w:t xml:space="preserve"> кран; </w:t>
            </w:r>
            <w:proofErr w:type="spellStart"/>
            <w:r w:rsidRPr="006815FC">
              <w:rPr>
                <w:sz w:val="17"/>
                <w:lang w:val="ru-RU"/>
              </w:rPr>
              <w:t>недостатній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рівень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палива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DA633B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Відкрити</w:t>
            </w:r>
            <w:proofErr w:type="spellEnd"/>
            <w:r w:rsidRPr="006815FC">
              <w:rPr>
                <w:sz w:val="17"/>
                <w:lang w:val="ru-RU"/>
              </w:rPr>
              <w:t xml:space="preserve"> кран, </w:t>
            </w:r>
            <w:proofErr w:type="spellStart"/>
            <w:r w:rsidRPr="006815FC">
              <w:rPr>
                <w:sz w:val="17"/>
                <w:lang w:val="ru-RU"/>
              </w:rPr>
              <w:t>перевірити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рівень</w:t>
            </w:r>
            <w:proofErr w:type="spellEnd"/>
            <w:r w:rsidRPr="006815FC">
              <w:rPr>
                <w:sz w:val="17"/>
                <w:lang w:val="ru-RU"/>
              </w:rPr>
              <w:t xml:space="preserve">, </w:t>
            </w:r>
            <w:proofErr w:type="spellStart"/>
            <w:r w:rsidRPr="006815FC">
              <w:rPr>
                <w:sz w:val="17"/>
                <w:lang w:val="ru-RU"/>
              </w:rPr>
              <w:t>заповнити</w:t>
            </w:r>
            <w:proofErr w:type="spellEnd"/>
            <w:r w:rsidRPr="006815FC">
              <w:rPr>
                <w:sz w:val="17"/>
                <w:lang w:val="ru-RU"/>
              </w:rPr>
              <w:t>/</w:t>
            </w:r>
            <w:proofErr w:type="spellStart"/>
            <w:r w:rsidRPr="006815FC">
              <w:rPr>
                <w:sz w:val="17"/>
                <w:lang w:val="ru-RU"/>
              </w:rPr>
              <w:t>прокачати</w:t>
            </w:r>
            <w:proofErr w:type="spellEnd"/>
            <w:r w:rsidRPr="006815FC">
              <w:rPr>
                <w:sz w:val="17"/>
                <w:lang w:val="ru-RU"/>
              </w:rPr>
              <w:t xml:space="preserve"> систему</w:t>
            </w:r>
          </w:p>
        </w:tc>
      </w:tr>
      <w:tr w:rsidR="00413445" w:rsidRPr="006815FC" w14:paraId="63BBDAC9" w14:textId="77777777">
        <w:trPr>
          <w:cantSplit/>
          <w:jc w:val="center"/>
        </w:trPr>
        <w:tc>
          <w:tcPr>
            <w:tcW w:w="3364" w:type="dxa"/>
            <w:shd w:val="clear" w:color="auto" w:fill="F5F5F5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ECFDFF4" w14:textId="77777777" w:rsidR="00413445" w:rsidRDefault="00000000">
            <w:pPr>
              <w:spacing w:after="0"/>
            </w:pPr>
            <w:proofErr w:type="spellStart"/>
            <w:r>
              <w:rPr>
                <w:sz w:val="17"/>
              </w:rPr>
              <w:t>Покази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лічильника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завищені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занижені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CF6457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Порушене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калібрування</w:t>
            </w:r>
            <w:proofErr w:type="spellEnd"/>
            <w:r w:rsidRPr="006815FC">
              <w:rPr>
                <w:sz w:val="17"/>
                <w:lang w:val="ru-RU"/>
              </w:rPr>
              <w:t xml:space="preserve">; </w:t>
            </w:r>
            <w:proofErr w:type="spellStart"/>
            <w:r w:rsidRPr="006815FC">
              <w:rPr>
                <w:sz w:val="17"/>
                <w:lang w:val="ru-RU"/>
              </w:rPr>
              <w:t>повітря</w:t>
            </w:r>
            <w:proofErr w:type="spellEnd"/>
            <w:r w:rsidRPr="006815FC">
              <w:rPr>
                <w:sz w:val="17"/>
                <w:lang w:val="ru-RU"/>
              </w:rPr>
              <w:t xml:space="preserve"> в </w:t>
            </w:r>
            <w:proofErr w:type="spellStart"/>
            <w:r w:rsidRPr="006815FC">
              <w:rPr>
                <w:sz w:val="17"/>
                <w:lang w:val="ru-RU"/>
              </w:rPr>
              <w:t>системі</w:t>
            </w:r>
            <w:proofErr w:type="spellEnd"/>
            <w:r w:rsidRPr="006815FC">
              <w:rPr>
                <w:sz w:val="17"/>
                <w:lang w:val="ru-RU"/>
              </w:rPr>
              <w:t xml:space="preserve">; робота поза </w:t>
            </w:r>
            <w:proofErr w:type="spellStart"/>
            <w:r w:rsidRPr="006815FC">
              <w:rPr>
                <w:sz w:val="17"/>
                <w:lang w:val="ru-RU"/>
              </w:rPr>
              <w:t>діапазоном</w:t>
            </w:r>
            <w:proofErr w:type="spellEnd"/>
            <w:r w:rsidRPr="006815FC">
              <w:rPr>
                <w:sz w:val="17"/>
                <w:lang w:val="ru-RU"/>
              </w:rPr>
              <w:t xml:space="preserve"> потоку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492921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Видалити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повітря</w:t>
            </w:r>
            <w:proofErr w:type="spellEnd"/>
            <w:r w:rsidRPr="006815FC">
              <w:rPr>
                <w:sz w:val="17"/>
                <w:lang w:val="ru-RU"/>
              </w:rPr>
              <w:t xml:space="preserve">, </w:t>
            </w:r>
            <w:proofErr w:type="spellStart"/>
            <w:r w:rsidRPr="006815FC">
              <w:rPr>
                <w:sz w:val="17"/>
                <w:lang w:val="ru-RU"/>
              </w:rPr>
              <w:t>стабілізувати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потік</w:t>
            </w:r>
            <w:proofErr w:type="spellEnd"/>
            <w:r w:rsidRPr="006815FC">
              <w:rPr>
                <w:sz w:val="17"/>
                <w:lang w:val="ru-RU"/>
              </w:rPr>
              <w:t xml:space="preserve">, </w:t>
            </w:r>
            <w:proofErr w:type="spellStart"/>
            <w:r w:rsidRPr="006815FC">
              <w:rPr>
                <w:sz w:val="17"/>
                <w:lang w:val="ru-RU"/>
              </w:rPr>
              <w:t>виконати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калібрування</w:t>
            </w:r>
            <w:proofErr w:type="spellEnd"/>
          </w:p>
        </w:tc>
      </w:tr>
      <w:tr w:rsidR="00413445" w:rsidRPr="006815FC" w14:paraId="7858669E" w14:textId="77777777">
        <w:trPr>
          <w:cantSplit/>
          <w:jc w:val="center"/>
        </w:trPr>
        <w:tc>
          <w:tcPr>
            <w:tcW w:w="3364" w:type="dxa"/>
            <w:shd w:val="clear" w:color="auto" w:fill="F5F5F5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C53E57" w14:textId="77777777" w:rsidR="00413445" w:rsidRDefault="00000000">
            <w:pPr>
              <w:spacing w:after="0"/>
            </w:pPr>
            <w:proofErr w:type="spellStart"/>
            <w:r>
              <w:rPr>
                <w:sz w:val="17"/>
              </w:rPr>
              <w:t>Лічильник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рахує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F569F9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Заклинювання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механізму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або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пошкодження</w:t>
            </w:r>
            <w:proofErr w:type="spellEnd"/>
            <w:r w:rsidRPr="006815FC">
              <w:rPr>
                <w:sz w:val="17"/>
                <w:lang w:val="ru-RU"/>
              </w:rPr>
              <w:t xml:space="preserve"> приводу</w:t>
            </w:r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EEF2B2E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Припинити</w:t>
            </w:r>
            <w:proofErr w:type="spellEnd"/>
            <w:r w:rsidRPr="006815FC">
              <w:rPr>
                <w:sz w:val="17"/>
                <w:lang w:val="ru-RU"/>
              </w:rPr>
              <w:t xml:space="preserve"> роботу та </w:t>
            </w:r>
            <w:proofErr w:type="spellStart"/>
            <w:r w:rsidRPr="006815FC">
              <w:rPr>
                <w:sz w:val="17"/>
                <w:lang w:val="ru-RU"/>
              </w:rPr>
              <w:t>звернутися</w:t>
            </w:r>
            <w:proofErr w:type="spellEnd"/>
            <w:r w:rsidRPr="006815FC">
              <w:rPr>
                <w:sz w:val="17"/>
                <w:lang w:val="ru-RU"/>
              </w:rPr>
              <w:t xml:space="preserve"> до </w:t>
            </w:r>
            <w:proofErr w:type="spellStart"/>
            <w:r w:rsidRPr="006815FC">
              <w:rPr>
                <w:sz w:val="17"/>
                <w:lang w:val="ru-RU"/>
              </w:rPr>
              <w:t>сервісу</w:t>
            </w:r>
            <w:proofErr w:type="spellEnd"/>
          </w:p>
        </w:tc>
      </w:tr>
      <w:tr w:rsidR="00413445" w:rsidRPr="006815FC" w14:paraId="1156175D" w14:textId="77777777">
        <w:trPr>
          <w:cantSplit/>
          <w:jc w:val="center"/>
        </w:trPr>
        <w:tc>
          <w:tcPr>
            <w:tcW w:w="3364" w:type="dxa"/>
            <w:shd w:val="clear" w:color="auto" w:fill="F5F5F5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65A33F" w14:textId="77777777" w:rsidR="00413445" w:rsidRDefault="00000000">
            <w:pPr>
              <w:spacing w:after="0"/>
            </w:pPr>
            <w:proofErr w:type="spellStart"/>
            <w:r>
              <w:rPr>
                <w:sz w:val="17"/>
              </w:rPr>
              <w:t>Паливо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протікає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через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з’єднання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349ECC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Ослаблене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з’єднання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або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пошкоджене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ущільнення</w:t>
            </w:r>
            <w:proofErr w:type="spellEnd"/>
          </w:p>
        </w:tc>
        <w:tc>
          <w:tcPr>
            <w:tcW w:w="3364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BCDC24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7"/>
                <w:lang w:val="ru-RU"/>
              </w:rPr>
              <w:t>Зупинити</w:t>
            </w:r>
            <w:proofErr w:type="spellEnd"/>
            <w:r w:rsidRPr="006815FC">
              <w:rPr>
                <w:sz w:val="17"/>
                <w:lang w:val="ru-RU"/>
              </w:rPr>
              <w:t xml:space="preserve"> насос, </w:t>
            </w:r>
            <w:proofErr w:type="spellStart"/>
            <w:r w:rsidRPr="006815FC">
              <w:rPr>
                <w:sz w:val="17"/>
                <w:lang w:val="ru-RU"/>
              </w:rPr>
              <w:t>усунути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витік</w:t>
            </w:r>
            <w:proofErr w:type="spellEnd"/>
            <w:r w:rsidRPr="006815FC">
              <w:rPr>
                <w:sz w:val="17"/>
                <w:lang w:val="ru-RU"/>
              </w:rPr>
              <w:t xml:space="preserve">, за потреби </w:t>
            </w:r>
            <w:proofErr w:type="spellStart"/>
            <w:r w:rsidRPr="006815FC">
              <w:rPr>
                <w:sz w:val="17"/>
                <w:lang w:val="ru-RU"/>
              </w:rPr>
              <w:t>замінити</w:t>
            </w:r>
            <w:proofErr w:type="spellEnd"/>
            <w:r w:rsidRPr="006815FC">
              <w:rPr>
                <w:sz w:val="17"/>
                <w:lang w:val="ru-RU"/>
              </w:rPr>
              <w:t xml:space="preserve"> </w:t>
            </w:r>
            <w:proofErr w:type="spellStart"/>
            <w:r w:rsidRPr="006815FC">
              <w:rPr>
                <w:sz w:val="17"/>
                <w:lang w:val="ru-RU"/>
              </w:rPr>
              <w:t>ущільнення</w:t>
            </w:r>
            <w:proofErr w:type="spellEnd"/>
          </w:p>
        </w:tc>
      </w:tr>
    </w:tbl>
    <w:p w14:paraId="2ECB0CCC" w14:textId="77777777" w:rsidR="00413445" w:rsidRDefault="00000000">
      <w:pPr>
        <w:pStyle w:val="1"/>
      </w:pPr>
      <w:r>
        <w:t>11. Транспортування та зберігання</w:t>
      </w:r>
    </w:p>
    <w:p w14:paraId="3EB6C8EC" w14:textId="77777777" w:rsidR="00413445" w:rsidRDefault="00000000">
      <w:pPr>
        <w:pStyle w:val="a0"/>
        <w:spacing w:after="40"/>
      </w:pPr>
      <w:r>
        <w:t>Транспортувати міні АЗС слід із надійною фіксацією резервуара та колонки, не допускаючи ударів і пошкодження арматури.</w:t>
      </w:r>
    </w:p>
    <w:p w14:paraId="0546E546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Перед </w:t>
      </w:r>
      <w:proofErr w:type="spellStart"/>
      <w:r w:rsidRPr="006815FC">
        <w:rPr>
          <w:lang w:val="ru-RU"/>
        </w:rPr>
        <w:t>транспортуванням</w:t>
      </w:r>
      <w:proofErr w:type="spellEnd"/>
      <w:r w:rsidRPr="006815FC">
        <w:rPr>
          <w:lang w:val="ru-RU"/>
        </w:rPr>
        <w:t xml:space="preserve"> у </w:t>
      </w:r>
      <w:proofErr w:type="spellStart"/>
      <w:r w:rsidRPr="006815FC">
        <w:rPr>
          <w:lang w:val="ru-RU"/>
        </w:rPr>
        <w:t>частково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розібраному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стані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заглушити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відкриті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паливні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магістралі</w:t>
      </w:r>
      <w:proofErr w:type="spellEnd"/>
      <w:r w:rsidRPr="006815FC">
        <w:rPr>
          <w:lang w:val="ru-RU"/>
        </w:rPr>
        <w:t xml:space="preserve"> для </w:t>
      </w:r>
      <w:proofErr w:type="spellStart"/>
      <w:r w:rsidRPr="006815FC">
        <w:rPr>
          <w:lang w:val="ru-RU"/>
        </w:rPr>
        <w:t>запобігання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забрудненню</w:t>
      </w:r>
      <w:proofErr w:type="spellEnd"/>
      <w:r w:rsidRPr="006815FC">
        <w:rPr>
          <w:lang w:val="ru-RU"/>
        </w:rPr>
        <w:t>.</w:t>
      </w:r>
    </w:p>
    <w:p w14:paraId="0BD65240" w14:textId="77777777" w:rsidR="00413445" w:rsidRPr="006815FC" w:rsidRDefault="00000000">
      <w:pPr>
        <w:pStyle w:val="a0"/>
        <w:spacing w:after="40"/>
        <w:rPr>
          <w:lang w:val="ru-RU"/>
        </w:rPr>
      </w:pPr>
      <w:proofErr w:type="spellStart"/>
      <w:r w:rsidRPr="006815FC">
        <w:rPr>
          <w:lang w:val="ru-RU"/>
        </w:rPr>
        <w:t>Зберігати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обладнання</w:t>
      </w:r>
      <w:proofErr w:type="spellEnd"/>
      <w:r w:rsidRPr="006815FC">
        <w:rPr>
          <w:lang w:val="ru-RU"/>
        </w:rPr>
        <w:t xml:space="preserve"> в </w:t>
      </w:r>
      <w:proofErr w:type="spellStart"/>
      <w:r w:rsidRPr="006815FC">
        <w:rPr>
          <w:lang w:val="ru-RU"/>
        </w:rPr>
        <w:t>умовах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</w:t>
      </w:r>
      <w:proofErr w:type="spellEnd"/>
      <w:r w:rsidRPr="006815FC">
        <w:rPr>
          <w:lang w:val="ru-RU"/>
        </w:rPr>
        <w:t xml:space="preserve"> не </w:t>
      </w:r>
      <w:proofErr w:type="spellStart"/>
      <w:r w:rsidRPr="006815FC">
        <w:rPr>
          <w:lang w:val="ru-RU"/>
        </w:rPr>
        <w:t>призводять</w:t>
      </w:r>
      <w:proofErr w:type="spellEnd"/>
      <w:r w:rsidRPr="006815FC">
        <w:rPr>
          <w:lang w:val="ru-RU"/>
        </w:rPr>
        <w:t xml:space="preserve"> до </w:t>
      </w:r>
      <w:proofErr w:type="spellStart"/>
      <w:r w:rsidRPr="006815FC">
        <w:rPr>
          <w:lang w:val="ru-RU"/>
        </w:rPr>
        <w:t>пошкодження</w:t>
      </w:r>
      <w:proofErr w:type="spellEnd"/>
      <w:r w:rsidRPr="006815FC">
        <w:rPr>
          <w:lang w:val="ru-RU"/>
        </w:rPr>
        <w:t xml:space="preserve"> резервуара, </w:t>
      </w:r>
      <w:proofErr w:type="spellStart"/>
      <w:r w:rsidRPr="006815FC">
        <w:rPr>
          <w:lang w:val="ru-RU"/>
        </w:rPr>
        <w:t>кабелів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рукавів</w:t>
      </w:r>
      <w:proofErr w:type="spellEnd"/>
      <w:r w:rsidRPr="006815FC">
        <w:rPr>
          <w:lang w:val="ru-RU"/>
        </w:rPr>
        <w:t xml:space="preserve"> і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 xml:space="preserve">. </w:t>
      </w:r>
      <w:proofErr w:type="spellStart"/>
      <w:r w:rsidRPr="006815FC">
        <w:rPr>
          <w:lang w:val="ru-RU"/>
        </w:rPr>
        <w:t>Захищати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від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прямої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дії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джерел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високої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температури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відкритого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вогню</w:t>
      </w:r>
      <w:proofErr w:type="spellEnd"/>
      <w:r w:rsidRPr="006815FC">
        <w:rPr>
          <w:lang w:val="ru-RU"/>
        </w:rPr>
        <w:t>.</w:t>
      </w:r>
    </w:p>
    <w:p w14:paraId="381E0DFC" w14:textId="77777777" w:rsidR="00413445" w:rsidRPr="006815FC" w:rsidRDefault="00000000">
      <w:pPr>
        <w:pStyle w:val="a0"/>
        <w:spacing w:after="40"/>
        <w:rPr>
          <w:lang w:val="ru-RU"/>
        </w:rPr>
      </w:pPr>
      <w:r w:rsidRPr="006815FC">
        <w:rPr>
          <w:lang w:val="ru-RU"/>
        </w:rPr>
        <w:t xml:space="preserve">Перед </w:t>
      </w:r>
      <w:proofErr w:type="spellStart"/>
      <w:r w:rsidRPr="006815FC">
        <w:rPr>
          <w:lang w:val="ru-RU"/>
        </w:rPr>
        <w:t>тривалим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простоєм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перевірити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герметичність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очистити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зовнішні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поверхні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закрити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всі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технологічні</w:t>
      </w:r>
      <w:proofErr w:type="spellEnd"/>
      <w:r w:rsidRPr="006815FC">
        <w:rPr>
          <w:lang w:val="ru-RU"/>
        </w:rPr>
        <w:t xml:space="preserve"> отвори.</w:t>
      </w:r>
    </w:p>
    <w:p w14:paraId="740B40E1" w14:textId="77777777" w:rsidR="00413445" w:rsidRPr="006815FC" w:rsidRDefault="00000000">
      <w:pPr>
        <w:pStyle w:val="1"/>
        <w:rPr>
          <w:lang w:val="ru-RU"/>
        </w:rPr>
      </w:pPr>
      <w:r w:rsidRPr="006815FC">
        <w:rPr>
          <w:lang w:val="ru-RU"/>
        </w:rPr>
        <w:t xml:space="preserve">12. </w:t>
      </w:r>
      <w:proofErr w:type="spellStart"/>
      <w:r w:rsidRPr="006815FC">
        <w:rPr>
          <w:lang w:val="ru-RU"/>
        </w:rPr>
        <w:t>Гарантійні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умови</w:t>
      </w:r>
      <w:proofErr w:type="spellEnd"/>
    </w:p>
    <w:p w14:paraId="6EC4EAC0" w14:textId="77777777" w:rsidR="00413445" w:rsidRPr="006815FC" w:rsidRDefault="00000000">
      <w:pPr>
        <w:rPr>
          <w:lang w:val="ru-RU"/>
        </w:rPr>
      </w:pPr>
      <w:proofErr w:type="spellStart"/>
      <w:r w:rsidRPr="006815FC">
        <w:rPr>
          <w:lang w:val="ru-RU"/>
        </w:rPr>
        <w:t>Гарантійний</w:t>
      </w:r>
      <w:proofErr w:type="spellEnd"/>
      <w:r w:rsidRPr="006815FC">
        <w:rPr>
          <w:lang w:val="ru-RU"/>
        </w:rPr>
        <w:t xml:space="preserve"> строк на </w:t>
      </w:r>
      <w:proofErr w:type="spellStart"/>
      <w:r w:rsidRPr="006815FC">
        <w:rPr>
          <w:lang w:val="ru-RU"/>
        </w:rPr>
        <w:t>міні</w:t>
      </w:r>
      <w:proofErr w:type="spellEnd"/>
      <w:r w:rsidRPr="006815FC">
        <w:rPr>
          <w:lang w:val="ru-RU"/>
        </w:rPr>
        <w:t xml:space="preserve"> АЗС - 12 </w:t>
      </w:r>
      <w:proofErr w:type="spellStart"/>
      <w:r w:rsidRPr="006815FC">
        <w:rPr>
          <w:lang w:val="ru-RU"/>
        </w:rPr>
        <w:t>місяців</w:t>
      </w:r>
      <w:proofErr w:type="spellEnd"/>
      <w:r w:rsidRPr="006815FC">
        <w:rPr>
          <w:lang w:val="ru-RU"/>
        </w:rPr>
        <w:t xml:space="preserve"> з </w:t>
      </w:r>
      <w:proofErr w:type="spellStart"/>
      <w:r w:rsidRPr="006815FC">
        <w:rPr>
          <w:lang w:val="ru-RU"/>
        </w:rPr>
        <w:t>дати</w:t>
      </w:r>
      <w:proofErr w:type="spellEnd"/>
      <w:r w:rsidRPr="006815FC">
        <w:rPr>
          <w:lang w:val="ru-RU"/>
        </w:rPr>
        <w:t xml:space="preserve"> продажу за </w:t>
      </w:r>
      <w:proofErr w:type="spellStart"/>
      <w:r w:rsidRPr="006815FC">
        <w:rPr>
          <w:lang w:val="ru-RU"/>
        </w:rPr>
        <w:t>умови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дотримання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вимог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цього</w:t>
      </w:r>
      <w:proofErr w:type="spellEnd"/>
      <w:r w:rsidRPr="006815FC">
        <w:rPr>
          <w:lang w:val="ru-RU"/>
        </w:rPr>
        <w:t xml:space="preserve"> паспорта, правил монтажу, </w:t>
      </w:r>
      <w:proofErr w:type="spellStart"/>
      <w:r w:rsidRPr="006815FC">
        <w:rPr>
          <w:lang w:val="ru-RU"/>
        </w:rPr>
        <w:t>експлуатації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транспортування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зберігання</w:t>
      </w:r>
      <w:proofErr w:type="spellEnd"/>
      <w:r w:rsidRPr="006815FC">
        <w:rPr>
          <w:lang w:val="ru-RU"/>
        </w:rPr>
        <w:t>.</w:t>
      </w:r>
    </w:p>
    <w:p w14:paraId="136EC110" w14:textId="77777777" w:rsidR="00413445" w:rsidRPr="006815FC" w:rsidRDefault="00000000">
      <w:pPr>
        <w:rPr>
          <w:lang w:val="ru-RU"/>
        </w:rPr>
      </w:pPr>
      <w:proofErr w:type="spellStart"/>
      <w:r w:rsidRPr="006815FC">
        <w:rPr>
          <w:lang w:val="ru-RU"/>
        </w:rPr>
        <w:t>Гарантія</w:t>
      </w:r>
      <w:proofErr w:type="spellEnd"/>
      <w:r w:rsidRPr="006815FC">
        <w:rPr>
          <w:lang w:val="ru-RU"/>
        </w:rPr>
        <w:t xml:space="preserve"> не </w:t>
      </w:r>
      <w:proofErr w:type="spellStart"/>
      <w:r w:rsidRPr="006815FC">
        <w:rPr>
          <w:lang w:val="ru-RU"/>
        </w:rPr>
        <w:t>поширюється</w:t>
      </w:r>
      <w:proofErr w:type="spellEnd"/>
      <w:r w:rsidRPr="006815FC">
        <w:rPr>
          <w:lang w:val="ru-RU"/>
        </w:rPr>
        <w:t xml:space="preserve"> на </w:t>
      </w:r>
      <w:proofErr w:type="spellStart"/>
      <w:r w:rsidRPr="006815FC">
        <w:rPr>
          <w:lang w:val="ru-RU"/>
        </w:rPr>
        <w:t>пошкодження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виникли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внаслідок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використання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заборонених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рідин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механічного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пошкодження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роботи</w:t>
      </w:r>
      <w:proofErr w:type="spellEnd"/>
      <w:r w:rsidRPr="006815FC">
        <w:rPr>
          <w:lang w:val="ru-RU"/>
        </w:rPr>
        <w:t xml:space="preserve"> з </w:t>
      </w:r>
      <w:proofErr w:type="spellStart"/>
      <w:r w:rsidRPr="006815FC">
        <w:rPr>
          <w:lang w:val="ru-RU"/>
        </w:rPr>
        <w:t>несправним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електроживленням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самовільного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втручання</w:t>
      </w:r>
      <w:proofErr w:type="spellEnd"/>
      <w:r w:rsidRPr="006815FC">
        <w:rPr>
          <w:lang w:val="ru-RU"/>
        </w:rPr>
        <w:t xml:space="preserve"> в </w:t>
      </w:r>
      <w:proofErr w:type="spellStart"/>
      <w:r w:rsidRPr="006815FC">
        <w:rPr>
          <w:lang w:val="ru-RU"/>
        </w:rPr>
        <w:t>електродвигун</w:t>
      </w:r>
      <w:proofErr w:type="spellEnd"/>
      <w:r w:rsidRPr="006815FC">
        <w:rPr>
          <w:lang w:val="ru-RU"/>
        </w:rPr>
        <w:t xml:space="preserve">/насос, </w:t>
      </w:r>
      <w:proofErr w:type="spellStart"/>
      <w:r w:rsidRPr="006815FC">
        <w:rPr>
          <w:lang w:val="ru-RU"/>
        </w:rPr>
        <w:t>порушення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герметичності</w:t>
      </w:r>
      <w:proofErr w:type="spellEnd"/>
      <w:r w:rsidRPr="006815FC">
        <w:rPr>
          <w:lang w:val="ru-RU"/>
        </w:rPr>
        <w:t xml:space="preserve"> через </w:t>
      </w:r>
      <w:proofErr w:type="spellStart"/>
      <w:r w:rsidRPr="006815FC">
        <w:rPr>
          <w:lang w:val="ru-RU"/>
        </w:rPr>
        <w:t>неправильний</w:t>
      </w:r>
      <w:proofErr w:type="spellEnd"/>
      <w:r w:rsidRPr="006815FC">
        <w:rPr>
          <w:lang w:val="ru-RU"/>
        </w:rPr>
        <w:t xml:space="preserve"> монтаж, природного </w:t>
      </w:r>
      <w:proofErr w:type="spellStart"/>
      <w:r w:rsidRPr="006815FC">
        <w:rPr>
          <w:lang w:val="ru-RU"/>
        </w:rPr>
        <w:t>зношування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витратних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елементів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або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недотримання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вимог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безпеки</w:t>
      </w:r>
      <w:proofErr w:type="spellEnd"/>
      <w:r w:rsidRPr="006815FC">
        <w:rPr>
          <w:lang w:val="ru-RU"/>
        </w:rPr>
        <w:t>.</w:t>
      </w:r>
    </w:p>
    <w:p w14:paraId="1AF1394A" w14:textId="77777777" w:rsidR="00413445" w:rsidRPr="006815FC" w:rsidRDefault="00000000">
      <w:pPr>
        <w:rPr>
          <w:lang w:val="ru-RU"/>
        </w:rPr>
      </w:pPr>
      <w:r w:rsidRPr="006815FC">
        <w:rPr>
          <w:lang w:val="ru-RU"/>
        </w:rPr>
        <w:br w:type="page"/>
      </w:r>
    </w:p>
    <w:p w14:paraId="332F8162" w14:textId="77777777" w:rsidR="00413445" w:rsidRPr="006815FC" w:rsidRDefault="00000000">
      <w:pPr>
        <w:pStyle w:val="1"/>
        <w:rPr>
          <w:lang w:val="ru-RU"/>
        </w:rPr>
      </w:pPr>
      <w:r w:rsidRPr="006815FC">
        <w:rPr>
          <w:lang w:val="ru-RU"/>
        </w:rPr>
        <w:lastRenderedPageBreak/>
        <w:t xml:space="preserve">13. </w:t>
      </w:r>
      <w:proofErr w:type="spellStart"/>
      <w:r w:rsidRPr="006815FC">
        <w:rPr>
          <w:lang w:val="ru-RU"/>
        </w:rPr>
        <w:t>Відомості</w:t>
      </w:r>
      <w:proofErr w:type="spellEnd"/>
      <w:r w:rsidRPr="006815FC">
        <w:rPr>
          <w:lang w:val="ru-RU"/>
        </w:rPr>
        <w:t xml:space="preserve"> про продаж та </w:t>
      </w:r>
      <w:proofErr w:type="spellStart"/>
      <w:r w:rsidRPr="006815FC">
        <w:rPr>
          <w:lang w:val="ru-RU"/>
        </w:rPr>
        <w:t>введення</w:t>
      </w:r>
      <w:proofErr w:type="spellEnd"/>
      <w:r w:rsidRPr="006815FC">
        <w:rPr>
          <w:lang w:val="ru-RU"/>
        </w:rPr>
        <w:t xml:space="preserve"> в </w:t>
      </w:r>
      <w:proofErr w:type="spellStart"/>
      <w:r w:rsidRPr="006815FC">
        <w:rPr>
          <w:lang w:val="ru-RU"/>
        </w:rPr>
        <w:t>експлуатацію</w:t>
      </w:r>
      <w:proofErr w:type="spellEnd"/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5046"/>
        <w:gridCol w:w="5046"/>
      </w:tblGrid>
      <w:tr w:rsidR="00413445" w:rsidRPr="006815FC" w14:paraId="137B0DE0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835A9A" w14:textId="77777777" w:rsidR="00413445" w:rsidRDefault="00000000">
            <w:pPr>
              <w:spacing w:after="0"/>
            </w:pPr>
            <w:proofErr w:type="spellStart"/>
            <w:r>
              <w:rPr>
                <w:b/>
                <w:sz w:val="19"/>
              </w:rPr>
              <w:t>Найменування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виробу</w:t>
            </w:r>
            <w:proofErr w:type="spellEnd"/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7A329" w14:textId="77777777" w:rsidR="00413445" w:rsidRPr="006815FC" w:rsidRDefault="00000000">
            <w:pPr>
              <w:spacing w:after="0"/>
              <w:rPr>
                <w:lang w:val="ru-RU"/>
              </w:rPr>
            </w:pPr>
            <w:proofErr w:type="spellStart"/>
            <w:r w:rsidRPr="006815FC">
              <w:rPr>
                <w:sz w:val="19"/>
                <w:lang w:val="ru-RU"/>
              </w:rPr>
              <w:t>Міні</w:t>
            </w:r>
            <w:proofErr w:type="spellEnd"/>
            <w:r w:rsidRPr="006815FC">
              <w:rPr>
                <w:sz w:val="19"/>
                <w:lang w:val="ru-RU"/>
              </w:rPr>
              <w:t xml:space="preserve"> АЗС 12 В на </w:t>
            </w:r>
            <w:proofErr w:type="spellStart"/>
            <w:r w:rsidRPr="006815FC">
              <w:rPr>
                <w:sz w:val="19"/>
                <w:lang w:val="ru-RU"/>
              </w:rPr>
              <w:t>базі</w:t>
            </w:r>
            <w:proofErr w:type="spellEnd"/>
            <w:r w:rsidRPr="006815FC">
              <w:rPr>
                <w:sz w:val="19"/>
                <w:lang w:val="ru-RU"/>
              </w:rPr>
              <w:t xml:space="preserve"> </w:t>
            </w:r>
            <w:proofErr w:type="spellStart"/>
            <w:r w:rsidRPr="006815FC">
              <w:rPr>
                <w:sz w:val="19"/>
                <w:lang w:val="ru-RU"/>
              </w:rPr>
              <w:t>Єврокуба</w:t>
            </w:r>
            <w:proofErr w:type="spellEnd"/>
            <w:r w:rsidRPr="006815FC">
              <w:rPr>
                <w:sz w:val="19"/>
                <w:lang w:val="ru-RU"/>
              </w:rPr>
              <w:t xml:space="preserve"> 1000 л</w:t>
            </w:r>
          </w:p>
        </w:tc>
      </w:tr>
      <w:tr w:rsidR="00413445" w14:paraId="38ED7C7A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D003C4" w14:textId="77777777" w:rsidR="00413445" w:rsidRDefault="00000000">
            <w:pPr>
              <w:spacing w:after="0"/>
            </w:pPr>
            <w:proofErr w:type="spellStart"/>
            <w:r>
              <w:rPr>
                <w:b/>
                <w:sz w:val="19"/>
              </w:rPr>
              <w:t>Модель</w:t>
            </w:r>
            <w:proofErr w:type="spellEnd"/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2D7BA7" w14:textId="77777777" w:rsidR="00413445" w:rsidRDefault="00000000">
            <w:pPr>
              <w:spacing w:after="0"/>
            </w:pPr>
            <w:r>
              <w:rPr>
                <w:sz w:val="19"/>
              </w:rPr>
              <w:t>UA_DA_4012-1000</w:t>
            </w:r>
          </w:p>
        </w:tc>
      </w:tr>
      <w:tr w:rsidR="00413445" w14:paraId="255D05A3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CD20C0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Колонка</w:t>
            </w:r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6E23B8" w14:textId="77777777" w:rsidR="00413445" w:rsidRDefault="00000000">
            <w:pPr>
              <w:spacing w:after="0"/>
            </w:pPr>
            <w:r>
              <w:rPr>
                <w:sz w:val="19"/>
              </w:rPr>
              <w:t>Leyko BP12-40-1</w:t>
            </w:r>
          </w:p>
        </w:tc>
      </w:tr>
      <w:tr w:rsidR="00413445" w14:paraId="479304B5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AE161A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Серійний №</w:t>
            </w:r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92E61F" w14:textId="77777777" w:rsidR="00413445" w:rsidRDefault="00413445">
            <w:pPr>
              <w:spacing w:after="0"/>
            </w:pPr>
          </w:p>
        </w:tc>
      </w:tr>
      <w:tr w:rsidR="00413445" w14:paraId="3153B679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287E99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Дата продажу</w:t>
            </w:r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8DB489" w14:textId="77777777" w:rsidR="00413445" w:rsidRDefault="00413445">
            <w:pPr>
              <w:spacing w:after="0"/>
            </w:pPr>
          </w:p>
        </w:tc>
      </w:tr>
      <w:tr w:rsidR="00413445" w14:paraId="548EAEC3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8C1D77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Продавець</w:t>
            </w:r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535271" w14:textId="77777777" w:rsidR="00413445" w:rsidRDefault="00413445">
            <w:pPr>
              <w:spacing w:after="0"/>
            </w:pPr>
          </w:p>
        </w:tc>
      </w:tr>
      <w:tr w:rsidR="00413445" w14:paraId="6C88C57B" w14:textId="77777777">
        <w:trPr>
          <w:cantSplit/>
          <w:jc w:val="center"/>
        </w:trPr>
        <w:tc>
          <w:tcPr>
            <w:tcW w:w="5046" w:type="dxa"/>
            <w:shd w:val="clear" w:color="auto" w:fill="EFEFE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35665" w14:textId="77777777" w:rsidR="00413445" w:rsidRDefault="00000000">
            <w:pPr>
              <w:spacing w:after="0"/>
            </w:pPr>
            <w:r>
              <w:rPr>
                <w:b/>
                <w:sz w:val="19"/>
              </w:rPr>
              <w:t>Підпис / печатка</w:t>
            </w:r>
          </w:p>
        </w:tc>
        <w:tc>
          <w:tcPr>
            <w:tcW w:w="504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61537" w14:textId="77777777" w:rsidR="00413445" w:rsidRDefault="00413445">
            <w:pPr>
              <w:spacing w:after="0"/>
            </w:pPr>
          </w:p>
        </w:tc>
      </w:tr>
    </w:tbl>
    <w:p w14:paraId="560CF791" w14:textId="77777777" w:rsidR="00413445" w:rsidRDefault="00000000">
      <w:pPr>
        <w:pStyle w:val="1"/>
      </w:pPr>
      <w:r>
        <w:t>14. Відмітки про сервісне обслуговування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413445" w14:paraId="72082A10" w14:textId="77777777">
        <w:trPr>
          <w:cantSplit/>
          <w:jc w:val="center"/>
        </w:trPr>
        <w:tc>
          <w:tcPr>
            <w:tcW w:w="3364" w:type="dxa"/>
            <w:shd w:val="clear" w:color="auto" w:fill="F2D500"/>
          </w:tcPr>
          <w:p w14:paraId="4A82677E" w14:textId="77777777" w:rsidR="00413445" w:rsidRDefault="00000000">
            <w:pPr>
              <w:jc w:val="center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364" w:type="dxa"/>
            <w:shd w:val="clear" w:color="auto" w:fill="F2D500"/>
          </w:tcPr>
          <w:p w14:paraId="07C9233F" w14:textId="77777777" w:rsidR="00413445" w:rsidRDefault="00000000">
            <w:pPr>
              <w:jc w:val="center"/>
            </w:pPr>
            <w:r>
              <w:rPr>
                <w:b/>
                <w:sz w:val="18"/>
              </w:rPr>
              <w:t>Зміст робіт</w:t>
            </w:r>
          </w:p>
        </w:tc>
        <w:tc>
          <w:tcPr>
            <w:tcW w:w="3364" w:type="dxa"/>
            <w:shd w:val="clear" w:color="auto" w:fill="F2D500"/>
          </w:tcPr>
          <w:p w14:paraId="4A59CC87" w14:textId="77777777" w:rsidR="00413445" w:rsidRDefault="00000000">
            <w:pPr>
              <w:jc w:val="center"/>
            </w:pPr>
            <w:r>
              <w:rPr>
                <w:b/>
                <w:sz w:val="18"/>
              </w:rPr>
              <w:t>Підпис / відмітка</w:t>
            </w:r>
          </w:p>
        </w:tc>
      </w:tr>
      <w:tr w:rsidR="00413445" w14:paraId="55090084" w14:textId="77777777">
        <w:trPr>
          <w:cantSplit/>
          <w:jc w:val="center"/>
        </w:trPr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8B8B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02459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F1D6F" w14:textId="77777777" w:rsidR="00413445" w:rsidRDefault="00413445"/>
        </w:tc>
      </w:tr>
      <w:tr w:rsidR="00413445" w14:paraId="3D11431C" w14:textId="77777777">
        <w:trPr>
          <w:cantSplit/>
          <w:jc w:val="center"/>
        </w:trPr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5B5F2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1F7A1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5B8D9" w14:textId="77777777" w:rsidR="00413445" w:rsidRDefault="00413445"/>
        </w:tc>
      </w:tr>
      <w:tr w:rsidR="00413445" w14:paraId="03791C94" w14:textId="77777777">
        <w:trPr>
          <w:cantSplit/>
          <w:jc w:val="center"/>
        </w:trPr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860C3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4FFA5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01883" w14:textId="77777777" w:rsidR="00413445" w:rsidRDefault="00413445"/>
        </w:tc>
      </w:tr>
      <w:tr w:rsidR="00413445" w14:paraId="4917F5F5" w14:textId="77777777">
        <w:trPr>
          <w:cantSplit/>
          <w:jc w:val="center"/>
        </w:trPr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A1C13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3FB97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79EE8" w14:textId="77777777" w:rsidR="00413445" w:rsidRDefault="00413445"/>
        </w:tc>
      </w:tr>
      <w:tr w:rsidR="00413445" w14:paraId="0D392445" w14:textId="77777777">
        <w:trPr>
          <w:cantSplit/>
          <w:jc w:val="center"/>
        </w:trPr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3A361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F7EE1" w14:textId="77777777" w:rsidR="00413445" w:rsidRDefault="00413445"/>
        </w:tc>
        <w:tc>
          <w:tcPr>
            <w:tcW w:w="33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351E1" w14:textId="77777777" w:rsidR="00413445" w:rsidRDefault="00413445"/>
        </w:tc>
      </w:tr>
    </w:tbl>
    <w:p w14:paraId="64312489" w14:textId="77777777" w:rsidR="00413445" w:rsidRDefault="00000000">
      <w:pPr>
        <w:pStyle w:val="1"/>
      </w:pPr>
      <w:r>
        <w:t>15. Відмітки про калібрування лічильника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523"/>
        <w:gridCol w:w="2523"/>
        <w:gridCol w:w="2523"/>
        <w:gridCol w:w="2523"/>
      </w:tblGrid>
      <w:tr w:rsidR="00413445" w14:paraId="5EB23834" w14:textId="77777777">
        <w:trPr>
          <w:cantSplit/>
          <w:jc w:val="center"/>
        </w:trPr>
        <w:tc>
          <w:tcPr>
            <w:tcW w:w="2523" w:type="dxa"/>
            <w:shd w:val="clear" w:color="auto" w:fill="F2D500"/>
          </w:tcPr>
          <w:p w14:paraId="4C5381D2" w14:textId="77777777" w:rsidR="00413445" w:rsidRDefault="00000000">
            <w:pPr>
              <w:jc w:val="center"/>
            </w:pPr>
            <w:r>
              <w:rPr>
                <w:b/>
                <w:sz w:val="17"/>
              </w:rPr>
              <w:t>Дата</w:t>
            </w:r>
          </w:p>
        </w:tc>
        <w:tc>
          <w:tcPr>
            <w:tcW w:w="2523" w:type="dxa"/>
            <w:shd w:val="clear" w:color="auto" w:fill="F2D500"/>
          </w:tcPr>
          <w:p w14:paraId="3AA83E44" w14:textId="77777777" w:rsidR="00413445" w:rsidRDefault="00000000">
            <w:pPr>
              <w:jc w:val="center"/>
            </w:pPr>
            <w:r>
              <w:rPr>
                <w:b/>
                <w:sz w:val="17"/>
              </w:rPr>
              <w:t>Контрольний об’єм</w:t>
            </w:r>
          </w:p>
        </w:tc>
        <w:tc>
          <w:tcPr>
            <w:tcW w:w="2523" w:type="dxa"/>
            <w:shd w:val="clear" w:color="auto" w:fill="F2D500"/>
          </w:tcPr>
          <w:p w14:paraId="63697C89" w14:textId="77777777" w:rsidR="00413445" w:rsidRDefault="00000000">
            <w:pPr>
              <w:jc w:val="center"/>
            </w:pPr>
            <w:r>
              <w:rPr>
                <w:b/>
                <w:sz w:val="17"/>
              </w:rPr>
              <w:t>Похибка після калібрування</w:t>
            </w:r>
          </w:p>
        </w:tc>
        <w:tc>
          <w:tcPr>
            <w:tcW w:w="2523" w:type="dxa"/>
            <w:shd w:val="clear" w:color="auto" w:fill="F2D500"/>
          </w:tcPr>
          <w:p w14:paraId="60DB78B2" w14:textId="77777777" w:rsidR="00413445" w:rsidRDefault="00000000">
            <w:pPr>
              <w:jc w:val="center"/>
            </w:pPr>
            <w:r>
              <w:rPr>
                <w:b/>
                <w:sz w:val="17"/>
              </w:rPr>
              <w:t>Підпис</w:t>
            </w:r>
          </w:p>
        </w:tc>
      </w:tr>
      <w:tr w:rsidR="00413445" w14:paraId="545A937D" w14:textId="77777777">
        <w:trPr>
          <w:cantSplit/>
          <w:jc w:val="center"/>
        </w:trPr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23002C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CA9DA8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30F11AA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425AC95" w14:textId="77777777" w:rsidR="00413445" w:rsidRDefault="00413445"/>
        </w:tc>
      </w:tr>
      <w:tr w:rsidR="00413445" w14:paraId="30D707AB" w14:textId="77777777">
        <w:trPr>
          <w:cantSplit/>
          <w:jc w:val="center"/>
        </w:trPr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D90791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040164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B6509E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3F7778" w14:textId="77777777" w:rsidR="00413445" w:rsidRDefault="00413445"/>
        </w:tc>
      </w:tr>
      <w:tr w:rsidR="00413445" w14:paraId="483FFB95" w14:textId="77777777">
        <w:trPr>
          <w:cantSplit/>
          <w:jc w:val="center"/>
        </w:trPr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4DF321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7501D1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D39E0C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62F439" w14:textId="77777777" w:rsidR="00413445" w:rsidRDefault="00413445"/>
        </w:tc>
      </w:tr>
      <w:tr w:rsidR="00413445" w14:paraId="34FA57AC" w14:textId="77777777">
        <w:trPr>
          <w:cantSplit/>
          <w:jc w:val="center"/>
        </w:trPr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A36AE7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490FB5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EC9342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DA123B" w14:textId="77777777" w:rsidR="00413445" w:rsidRDefault="00413445"/>
        </w:tc>
      </w:tr>
      <w:tr w:rsidR="00413445" w14:paraId="6EF766A2" w14:textId="77777777">
        <w:trPr>
          <w:cantSplit/>
          <w:jc w:val="center"/>
        </w:trPr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022D17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888966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0BD0D1" w14:textId="77777777" w:rsidR="00413445" w:rsidRDefault="00413445"/>
        </w:tc>
        <w:tc>
          <w:tcPr>
            <w:tcW w:w="25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56CCB0" w14:textId="77777777" w:rsidR="00413445" w:rsidRDefault="00413445"/>
        </w:tc>
      </w:tr>
    </w:tbl>
    <w:p w14:paraId="242947DE" w14:textId="77777777" w:rsidR="00413445" w:rsidRDefault="00000000">
      <w:pPr>
        <w:pStyle w:val="1"/>
      </w:pPr>
      <w:r>
        <w:t>16. Підтвердження отримання</w:t>
      </w:r>
    </w:p>
    <w:p w14:paraId="5EB6E298" w14:textId="77777777" w:rsidR="00413445" w:rsidRPr="006815FC" w:rsidRDefault="00000000">
      <w:pPr>
        <w:rPr>
          <w:lang w:val="ru-RU"/>
        </w:rPr>
      </w:pPr>
      <w:proofErr w:type="spellStart"/>
      <w:r w:rsidRPr="006815FC">
        <w:rPr>
          <w:lang w:val="ru-RU"/>
        </w:rPr>
        <w:t>Виріб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отримано</w:t>
      </w:r>
      <w:proofErr w:type="spellEnd"/>
      <w:r w:rsidRPr="006815FC">
        <w:rPr>
          <w:lang w:val="ru-RU"/>
        </w:rPr>
        <w:t xml:space="preserve"> в комплектному </w:t>
      </w:r>
      <w:proofErr w:type="spellStart"/>
      <w:r w:rsidRPr="006815FC">
        <w:rPr>
          <w:lang w:val="ru-RU"/>
        </w:rPr>
        <w:t>стані</w:t>
      </w:r>
      <w:proofErr w:type="spellEnd"/>
      <w:r w:rsidRPr="006815FC">
        <w:rPr>
          <w:lang w:val="ru-RU"/>
        </w:rPr>
        <w:t xml:space="preserve">. </w:t>
      </w:r>
      <w:proofErr w:type="spellStart"/>
      <w:r w:rsidRPr="006815FC">
        <w:rPr>
          <w:lang w:val="ru-RU"/>
        </w:rPr>
        <w:t>Зовнішні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пошкодження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що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перешкоджають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експлуатації</w:t>
      </w:r>
      <w:proofErr w:type="spellEnd"/>
      <w:r w:rsidRPr="006815FC">
        <w:rPr>
          <w:lang w:val="ru-RU"/>
        </w:rPr>
        <w:t xml:space="preserve">, </w:t>
      </w:r>
      <w:proofErr w:type="spellStart"/>
      <w:r w:rsidRPr="006815FC">
        <w:rPr>
          <w:lang w:val="ru-RU"/>
        </w:rPr>
        <w:t>відсутні</w:t>
      </w:r>
      <w:proofErr w:type="spellEnd"/>
      <w:r w:rsidRPr="006815FC">
        <w:rPr>
          <w:lang w:val="ru-RU"/>
        </w:rPr>
        <w:t xml:space="preserve">. З </w:t>
      </w:r>
      <w:proofErr w:type="spellStart"/>
      <w:r w:rsidRPr="006815FC">
        <w:rPr>
          <w:lang w:val="ru-RU"/>
        </w:rPr>
        <w:t>вимогами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безпеки</w:t>
      </w:r>
      <w:proofErr w:type="spellEnd"/>
      <w:r w:rsidRPr="006815FC">
        <w:rPr>
          <w:lang w:val="ru-RU"/>
        </w:rPr>
        <w:t xml:space="preserve">, порядком </w:t>
      </w:r>
      <w:proofErr w:type="spellStart"/>
      <w:r w:rsidRPr="006815FC">
        <w:rPr>
          <w:lang w:val="ru-RU"/>
        </w:rPr>
        <w:t>роботи</w:t>
      </w:r>
      <w:proofErr w:type="spellEnd"/>
      <w:r w:rsidRPr="006815FC">
        <w:rPr>
          <w:lang w:val="ru-RU"/>
        </w:rPr>
        <w:t xml:space="preserve"> та </w:t>
      </w:r>
      <w:proofErr w:type="spellStart"/>
      <w:r w:rsidRPr="006815FC">
        <w:rPr>
          <w:lang w:val="ru-RU"/>
        </w:rPr>
        <w:t>калібрування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лічильника</w:t>
      </w:r>
      <w:proofErr w:type="spellEnd"/>
      <w:r w:rsidRPr="006815FC">
        <w:rPr>
          <w:lang w:val="ru-RU"/>
        </w:rPr>
        <w:t xml:space="preserve"> </w:t>
      </w:r>
      <w:proofErr w:type="spellStart"/>
      <w:r w:rsidRPr="006815FC">
        <w:rPr>
          <w:lang w:val="ru-RU"/>
        </w:rPr>
        <w:t>ознайомлений</w:t>
      </w:r>
      <w:proofErr w:type="spellEnd"/>
      <w:r w:rsidRPr="006815FC">
        <w:rPr>
          <w:lang w:val="ru-RU"/>
        </w:rPr>
        <w:t>(а).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364"/>
        <w:gridCol w:w="3364"/>
        <w:gridCol w:w="3364"/>
      </w:tblGrid>
      <w:tr w:rsidR="00413445" w14:paraId="4FECD2CD" w14:textId="77777777">
        <w:trPr>
          <w:cantSplit/>
          <w:jc w:val="center"/>
        </w:trPr>
        <w:tc>
          <w:tcPr>
            <w:tcW w:w="3364" w:type="dxa"/>
            <w:shd w:val="clear" w:color="auto" w:fill="EFEFEF"/>
          </w:tcPr>
          <w:p w14:paraId="291FBDFB" w14:textId="77777777" w:rsidR="00413445" w:rsidRDefault="00000000">
            <w:r>
              <w:rPr>
                <w:b/>
                <w:sz w:val="18"/>
              </w:rPr>
              <w:t xml:space="preserve">ПІБ / </w:t>
            </w:r>
            <w:proofErr w:type="spellStart"/>
            <w:r>
              <w:rPr>
                <w:b/>
                <w:sz w:val="18"/>
              </w:rPr>
              <w:t>організація</w:t>
            </w:r>
            <w:proofErr w:type="spellEnd"/>
          </w:p>
        </w:tc>
        <w:tc>
          <w:tcPr>
            <w:tcW w:w="3364" w:type="dxa"/>
            <w:shd w:val="clear" w:color="auto" w:fill="EFEFEF"/>
          </w:tcPr>
          <w:p w14:paraId="41C81B14" w14:textId="77777777" w:rsidR="00413445" w:rsidRDefault="00000000">
            <w:r>
              <w:rPr>
                <w:b/>
                <w:sz w:val="18"/>
              </w:rPr>
              <w:t>Дата</w:t>
            </w:r>
          </w:p>
        </w:tc>
        <w:tc>
          <w:tcPr>
            <w:tcW w:w="3364" w:type="dxa"/>
            <w:shd w:val="clear" w:color="auto" w:fill="EFEFEF"/>
          </w:tcPr>
          <w:p w14:paraId="34C3A063" w14:textId="77777777" w:rsidR="00413445" w:rsidRDefault="00000000">
            <w:r>
              <w:rPr>
                <w:b/>
                <w:sz w:val="18"/>
              </w:rPr>
              <w:t>Підпис</w:t>
            </w:r>
          </w:p>
        </w:tc>
      </w:tr>
      <w:tr w:rsidR="00413445" w14:paraId="62277EA3" w14:textId="77777777">
        <w:trPr>
          <w:cantSplit/>
          <w:jc w:val="center"/>
        </w:trPr>
        <w:tc>
          <w:tcPr>
            <w:tcW w:w="3364" w:type="dxa"/>
          </w:tcPr>
          <w:p w14:paraId="4B5FDE56" w14:textId="77777777" w:rsidR="00413445" w:rsidRDefault="00413445"/>
        </w:tc>
        <w:tc>
          <w:tcPr>
            <w:tcW w:w="3364" w:type="dxa"/>
          </w:tcPr>
          <w:p w14:paraId="37E1573E" w14:textId="77777777" w:rsidR="00413445" w:rsidRDefault="00413445"/>
        </w:tc>
        <w:tc>
          <w:tcPr>
            <w:tcW w:w="3364" w:type="dxa"/>
          </w:tcPr>
          <w:p w14:paraId="5ADCC2BC" w14:textId="77777777" w:rsidR="00413445" w:rsidRDefault="00413445"/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92"/>
      </w:tblGrid>
      <w:tr w:rsidR="00413445" w:rsidRPr="006815FC" w14:paraId="3C0EB98B" w14:textId="77777777">
        <w:trPr>
          <w:cantSplit/>
          <w:jc w:val="center"/>
        </w:trPr>
        <w:tc>
          <w:tcPr>
            <w:tcW w:w="10092" w:type="dxa"/>
            <w:shd w:val="clear" w:color="auto" w:fill="FFF2A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03212FA" w14:textId="77777777" w:rsidR="00413445" w:rsidRPr="006815FC" w:rsidRDefault="00000000">
            <w:pPr>
              <w:spacing w:after="0"/>
              <w:rPr>
                <w:lang w:val="ru-RU"/>
              </w:rPr>
            </w:pPr>
            <w:r w:rsidRPr="006815FC">
              <w:rPr>
                <w:b/>
                <w:lang w:val="ru-RU"/>
              </w:rPr>
              <w:t xml:space="preserve">Контроль перед </w:t>
            </w:r>
            <w:proofErr w:type="spellStart"/>
            <w:r w:rsidRPr="006815FC">
              <w:rPr>
                <w:b/>
                <w:lang w:val="ru-RU"/>
              </w:rPr>
              <w:t>роботою</w:t>
            </w:r>
            <w:proofErr w:type="spellEnd"/>
            <w:r w:rsidRPr="006815FC">
              <w:rPr>
                <w:b/>
                <w:lang w:val="ru-RU"/>
              </w:rPr>
              <w:t xml:space="preserve">: </w:t>
            </w:r>
            <w:proofErr w:type="spellStart"/>
            <w:r w:rsidRPr="006815FC">
              <w:rPr>
                <w:lang w:val="ru-RU"/>
              </w:rPr>
              <w:t>герметичність</w:t>
            </w:r>
            <w:proofErr w:type="spellEnd"/>
            <w:r w:rsidRPr="006815FC">
              <w:rPr>
                <w:lang w:val="ru-RU"/>
              </w:rPr>
              <w:t xml:space="preserve"> • </w:t>
            </w:r>
            <w:proofErr w:type="spellStart"/>
            <w:r w:rsidRPr="006815FC">
              <w:rPr>
                <w:lang w:val="ru-RU"/>
              </w:rPr>
              <w:t>відкритий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запірний</w:t>
            </w:r>
            <w:proofErr w:type="spellEnd"/>
            <w:r w:rsidRPr="006815FC">
              <w:rPr>
                <w:lang w:val="ru-RU"/>
              </w:rPr>
              <w:t xml:space="preserve"> кран • </w:t>
            </w:r>
            <w:proofErr w:type="spellStart"/>
            <w:r w:rsidRPr="006815FC">
              <w:rPr>
                <w:lang w:val="ru-RU"/>
              </w:rPr>
              <w:t>достатній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рівень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палива</w:t>
            </w:r>
            <w:proofErr w:type="spellEnd"/>
            <w:r w:rsidRPr="006815FC">
              <w:rPr>
                <w:lang w:val="ru-RU"/>
              </w:rPr>
              <w:t xml:space="preserve"> • </w:t>
            </w:r>
            <w:proofErr w:type="spellStart"/>
            <w:r w:rsidRPr="006815FC">
              <w:rPr>
                <w:lang w:val="ru-RU"/>
              </w:rPr>
              <w:t>справне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живлення</w:t>
            </w:r>
            <w:proofErr w:type="spellEnd"/>
            <w:r w:rsidRPr="006815FC">
              <w:rPr>
                <w:lang w:val="ru-RU"/>
              </w:rPr>
              <w:t xml:space="preserve"> 12 В • </w:t>
            </w:r>
            <w:proofErr w:type="spellStart"/>
            <w:r w:rsidRPr="006815FC">
              <w:rPr>
                <w:lang w:val="ru-RU"/>
              </w:rPr>
              <w:t>чистий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фільтр</w:t>
            </w:r>
            <w:proofErr w:type="spellEnd"/>
            <w:r w:rsidRPr="006815FC">
              <w:rPr>
                <w:lang w:val="ru-RU"/>
              </w:rPr>
              <w:t xml:space="preserve"> • </w:t>
            </w:r>
            <w:proofErr w:type="spellStart"/>
            <w:r w:rsidRPr="006815FC">
              <w:rPr>
                <w:lang w:val="ru-RU"/>
              </w:rPr>
              <w:t>відсутність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пошкоджень</w:t>
            </w:r>
            <w:proofErr w:type="spellEnd"/>
            <w:r w:rsidRPr="006815FC">
              <w:rPr>
                <w:lang w:val="ru-RU"/>
              </w:rPr>
              <w:t xml:space="preserve"> </w:t>
            </w:r>
            <w:proofErr w:type="spellStart"/>
            <w:r w:rsidRPr="006815FC">
              <w:rPr>
                <w:lang w:val="ru-RU"/>
              </w:rPr>
              <w:t>рукавів</w:t>
            </w:r>
            <w:proofErr w:type="spellEnd"/>
            <w:r w:rsidRPr="006815FC">
              <w:rPr>
                <w:lang w:val="ru-RU"/>
              </w:rPr>
              <w:t xml:space="preserve"> і кабелю.</w:t>
            </w:r>
          </w:p>
        </w:tc>
      </w:tr>
    </w:tbl>
    <w:p w14:paraId="1BF0D03B" w14:textId="77777777" w:rsidR="00413445" w:rsidRPr="006815FC" w:rsidRDefault="00413445">
      <w:pPr>
        <w:spacing w:after="0"/>
        <w:rPr>
          <w:lang w:val="ru-RU"/>
        </w:rPr>
      </w:pPr>
    </w:p>
    <w:sectPr w:rsidR="00413445" w:rsidRPr="006815FC" w:rsidSect="00034616">
      <w:headerReference w:type="default" r:id="rId9"/>
      <w:footerReference w:type="default" r:id="rId10"/>
      <w:pgSz w:w="11906" w:h="16838"/>
      <w:pgMar w:top="794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49525" w14:textId="77777777" w:rsidR="00E8173D" w:rsidRDefault="00E8173D">
      <w:pPr>
        <w:spacing w:after="0" w:line="240" w:lineRule="auto"/>
      </w:pPr>
      <w:r>
        <w:separator/>
      </w:r>
    </w:p>
  </w:endnote>
  <w:endnote w:type="continuationSeparator" w:id="0">
    <w:p w14:paraId="01E98900" w14:textId="77777777" w:rsidR="00E8173D" w:rsidRDefault="00E81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D837" w14:textId="77777777" w:rsidR="00413445" w:rsidRDefault="00000000">
    <w:pPr>
      <w:pStyle w:val="a7"/>
    </w:pPr>
    <w:r>
      <w:rPr>
        <w:color w:val="5A5A5A"/>
        <w:sz w:val="16"/>
      </w:rPr>
      <w:t xml:space="preserve">vlasnaazs.ua   •   </w:t>
    </w:r>
    <w:proofErr w:type="spellStart"/>
    <w:r>
      <w:rPr>
        <w:color w:val="5A5A5A"/>
        <w:sz w:val="16"/>
      </w:rPr>
      <w:t>Міні</w:t>
    </w:r>
    <w:proofErr w:type="spellEnd"/>
    <w:r>
      <w:rPr>
        <w:color w:val="5A5A5A"/>
        <w:sz w:val="16"/>
      </w:rPr>
      <w:t xml:space="preserve"> АЗС 1000 л / Leyko BP12-40</w:t>
    </w:r>
  </w:p>
  <w:p w14:paraId="659F8F5E" w14:textId="77777777" w:rsidR="00413445" w:rsidRDefault="00000000">
    <w:pPr>
      <w:jc w:val="right"/>
    </w:pPr>
    <w:proofErr w:type="spellStart"/>
    <w:r>
      <w:rPr>
        <w:sz w:val="16"/>
      </w:rPr>
      <w:t>Стор</w:t>
    </w:r>
    <w:proofErr w:type="spellEnd"/>
    <w:r>
      <w:rPr>
        <w:sz w:val="16"/>
      </w:rPr>
      <w:t xml:space="preserve">.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 w:rsidR="006815FC">
      <w:rPr>
        <w:sz w:val="16"/>
      </w:rPr>
      <w:fldChar w:fldCharType="separate"/>
    </w:r>
    <w:r w:rsidR="006815FC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30F1" w14:textId="77777777" w:rsidR="00E8173D" w:rsidRDefault="00E8173D">
      <w:pPr>
        <w:spacing w:after="0" w:line="240" w:lineRule="auto"/>
      </w:pPr>
      <w:r>
        <w:separator/>
      </w:r>
    </w:p>
  </w:footnote>
  <w:footnote w:type="continuationSeparator" w:id="0">
    <w:p w14:paraId="1523FEE5" w14:textId="77777777" w:rsidR="00E8173D" w:rsidRDefault="00E81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25F0" w14:textId="77777777" w:rsidR="00413445" w:rsidRDefault="00000000">
    <w:pPr>
      <w:pStyle w:val="a5"/>
    </w:pPr>
    <w:r>
      <w:rPr>
        <w:b/>
        <w:color w:val="232323"/>
        <w:sz w:val="18"/>
      </w:rPr>
      <w:t xml:space="preserve">ВЛАСНА </w:t>
    </w:r>
    <w:proofErr w:type="gramStart"/>
    <w:r>
      <w:rPr>
        <w:b/>
        <w:color w:val="232323"/>
        <w:sz w:val="18"/>
      </w:rPr>
      <w:t>АЗС</w:t>
    </w:r>
    <w:r>
      <w:rPr>
        <w:color w:val="646464"/>
        <w:sz w:val="18"/>
      </w:rPr>
      <w:t xml:space="preserve">  |</w:t>
    </w:r>
    <w:proofErr w:type="gramEnd"/>
    <w:r>
      <w:rPr>
        <w:color w:val="646464"/>
        <w:sz w:val="18"/>
      </w:rPr>
      <w:t xml:space="preserve">  </w:t>
    </w:r>
    <w:proofErr w:type="spellStart"/>
    <w:r>
      <w:rPr>
        <w:color w:val="646464"/>
        <w:sz w:val="18"/>
      </w:rPr>
      <w:t>Паспорт</w:t>
    </w:r>
    <w:proofErr w:type="spellEnd"/>
    <w:r>
      <w:rPr>
        <w:color w:val="646464"/>
        <w:sz w:val="18"/>
      </w:rPr>
      <w:t xml:space="preserve"> </w:t>
    </w:r>
    <w:proofErr w:type="spellStart"/>
    <w:r>
      <w:rPr>
        <w:color w:val="646464"/>
        <w:sz w:val="18"/>
      </w:rPr>
      <w:t>виробу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4391531">
    <w:abstractNumId w:val="8"/>
  </w:num>
  <w:num w:numId="2" w16cid:durableId="1845895219">
    <w:abstractNumId w:val="6"/>
  </w:num>
  <w:num w:numId="3" w16cid:durableId="693381808">
    <w:abstractNumId w:val="5"/>
  </w:num>
  <w:num w:numId="4" w16cid:durableId="1798448918">
    <w:abstractNumId w:val="4"/>
  </w:num>
  <w:num w:numId="5" w16cid:durableId="1067343608">
    <w:abstractNumId w:val="7"/>
  </w:num>
  <w:num w:numId="6" w16cid:durableId="1136491889">
    <w:abstractNumId w:val="3"/>
  </w:num>
  <w:num w:numId="7" w16cid:durableId="1145197190">
    <w:abstractNumId w:val="2"/>
  </w:num>
  <w:num w:numId="8" w16cid:durableId="232667524">
    <w:abstractNumId w:val="1"/>
  </w:num>
  <w:num w:numId="9" w16cid:durableId="78034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3445"/>
    <w:rsid w:val="006815FC"/>
    <w:rsid w:val="00AA1D8D"/>
    <w:rsid w:val="00B47730"/>
    <w:rsid w:val="00C91DFE"/>
    <w:rsid w:val="00CB0664"/>
    <w:rsid w:val="00E817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032D3"/>
  <w14:defaultImageDpi w14:val="300"/>
  <w15:docId w15:val="{5B520C95-C81F-4FC5-A3A3-27B148E4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91919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91919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91919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Сергій</cp:lastModifiedBy>
  <cp:revision>2</cp:revision>
  <dcterms:created xsi:type="dcterms:W3CDTF">2013-12-23T23:15:00Z</dcterms:created>
  <dcterms:modified xsi:type="dcterms:W3CDTF">2026-09-14T07:53:00Z</dcterms:modified>
  <cp:category/>
</cp:coreProperties>
</file>